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925" w:rsidRDefault="00000000">
      <w:pPr>
        <w:spacing w:after="80" w:line="252" w:lineRule="auto"/>
        <w:jc w:val="center"/>
      </w:pPr>
      <w:r>
        <w:rPr>
          <w:b/>
          <w:sz w:val="36"/>
        </w:rPr>
        <w:t>TERMS &amp; CONDITIONS</w:t>
      </w:r>
    </w:p>
    <w:p w:rsidR="002C5925" w:rsidRDefault="00000000">
      <w:pPr>
        <w:spacing w:after="80" w:line="252" w:lineRule="auto"/>
        <w:jc w:val="center"/>
      </w:pPr>
      <w:r>
        <w:rPr>
          <w:b/>
          <w:sz w:val="26"/>
        </w:rPr>
        <w:t>BE STRONG STUDIO / SANDERKA TRAINING</w:t>
      </w:r>
    </w:p>
    <w:p w:rsidR="002C5925" w:rsidRDefault="00000000">
      <w:pPr>
        <w:spacing w:after="80" w:line="252" w:lineRule="auto"/>
        <w:jc w:val="center"/>
      </w:pPr>
      <w:r>
        <w:rPr>
          <w:i/>
          <w:sz w:val="18"/>
        </w:rPr>
        <w:t>Version: 11 June 2026</w:t>
      </w:r>
    </w:p>
    <w:p w:rsidR="002C5925" w:rsidRDefault="002C5925">
      <w:pPr>
        <w:spacing w:after="80" w:line="252" w:lineRule="auto"/>
      </w:pPr>
    </w:p>
    <w:p w:rsidR="002C5925" w:rsidRDefault="00000000">
      <w:pPr>
        <w:pStyle w:val="Heading2"/>
        <w:spacing w:after="80" w:line="252" w:lineRule="auto"/>
      </w:pPr>
      <w:r>
        <w:t>1. GENERAL</w:t>
      </w:r>
    </w:p>
    <w:p w:rsidR="002C5925" w:rsidRDefault="00000000">
      <w:pPr>
        <w:spacing w:after="80" w:line="252" w:lineRule="auto"/>
      </w:pPr>
      <w:r>
        <w:t>These Terms &amp; Conditions regulate the use of the Be Strong Studio / Sanderka Training website, app and services, including booking and participation in group classes, personal training sessions, online coaching, hybrid coaching, workshops and special events.</w:t>
      </w:r>
    </w:p>
    <w:p w:rsidR="002C5925" w:rsidRDefault="00000000">
      <w:pPr>
        <w:spacing w:after="80" w:line="252" w:lineRule="auto"/>
      </w:pPr>
      <w:r>
        <w:t>By creating an account, booking a class, purchasing a package or using any service, the client agrees to these Terms &amp; Conditions.</w:t>
      </w:r>
    </w:p>
    <w:p w:rsidR="002C5925" w:rsidRDefault="00000000">
      <w:pPr>
        <w:spacing w:after="80" w:line="252" w:lineRule="auto"/>
      </w:pPr>
      <w:r>
        <w:t>Be Strong Studio may update these Terms &amp; Conditions when necessary. Clients will be informed of significant changes in advance where reasonably possible. Continued use of the services after the effective date of the updated Terms constitutes acceptance of those changes.</w:t>
      </w:r>
    </w:p>
    <w:p w:rsidR="002C5925" w:rsidRDefault="00000000">
      <w:pPr>
        <w:pStyle w:val="Heading2"/>
        <w:spacing w:after="80" w:line="252" w:lineRule="auto"/>
      </w:pPr>
      <w:r>
        <w:t>2. SERVICES &amp; BOOKINGS</w:t>
      </w:r>
    </w:p>
    <w:p w:rsidR="002C5925" w:rsidRDefault="00000000">
      <w:pPr>
        <w:spacing w:after="80" w:line="252" w:lineRule="auto"/>
      </w:pPr>
      <w:r>
        <w:t>Be Strong Studio offers:</w:t>
      </w:r>
    </w:p>
    <w:p w:rsidR="0037348B" w:rsidRDefault="00000000" w:rsidP="002D3F80">
      <w:pPr>
        <w:pStyle w:val="ListBullet"/>
        <w:spacing w:after="80" w:line="252" w:lineRule="auto"/>
      </w:pPr>
      <w:r>
        <w:t xml:space="preserve">Group </w:t>
      </w:r>
      <w:r w:rsidR="0037348B">
        <w:t>trainings</w:t>
      </w:r>
    </w:p>
    <w:p w:rsidR="002C5925" w:rsidRDefault="00000000" w:rsidP="002D3F80">
      <w:pPr>
        <w:pStyle w:val="ListBullet"/>
        <w:spacing w:after="80" w:line="252" w:lineRule="auto"/>
      </w:pPr>
      <w:r>
        <w:t>Personal training 1:1</w:t>
      </w:r>
    </w:p>
    <w:p w:rsidR="002C5925" w:rsidRDefault="00000000">
      <w:pPr>
        <w:pStyle w:val="ListBullet"/>
        <w:spacing w:after="80" w:line="252" w:lineRule="auto"/>
      </w:pPr>
      <w:r>
        <w:t>Online coaching</w:t>
      </w:r>
    </w:p>
    <w:p w:rsidR="002C5925" w:rsidRDefault="00000000">
      <w:pPr>
        <w:pStyle w:val="ListBullet"/>
        <w:spacing w:after="80" w:line="252" w:lineRule="auto"/>
      </w:pPr>
      <w:r>
        <w:t>Hybrid coaching</w:t>
      </w:r>
    </w:p>
    <w:p w:rsidR="002C5925" w:rsidRDefault="00000000">
      <w:pPr>
        <w:pStyle w:val="ListBullet"/>
        <w:spacing w:after="80" w:line="252" w:lineRule="auto"/>
      </w:pPr>
      <w:r>
        <w:t>Workshops and special events</w:t>
      </w:r>
    </w:p>
    <w:p w:rsidR="002C5925" w:rsidRDefault="00000000">
      <w:pPr>
        <w:spacing w:after="80" w:line="252" w:lineRule="auto"/>
      </w:pPr>
      <w:r>
        <w:t>Bookings are made via the app or another booking method indicated by Be Strong Studio. Class availability, trainers, schedules and class formats may change and are not guaranteed.</w:t>
      </w:r>
    </w:p>
    <w:p w:rsidR="002C5925" w:rsidRDefault="00000000">
      <w:pPr>
        <w:spacing w:after="80" w:line="252" w:lineRule="auto"/>
      </w:pPr>
      <w:r>
        <w:t>Clients are responsible for checking their booking status, class time and location before attending.</w:t>
      </w:r>
    </w:p>
    <w:p w:rsidR="002C5925" w:rsidRDefault="00000000">
      <w:pPr>
        <w:pStyle w:val="Heading2"/>
        <w:spacing w:after="80" w:line="252" w:lineRule="auto"/>
      </w:pPr>
      <w:r>
        <w:t>3. ELECTRONIC COMMUNICATION</w:t>
      </w:r>
    </w:p>
    <w:p w:rsidR="002C5925" w:rsidRDefault="00000000">
      <w:pPr>
        <w:spacing w:after="80" w:line="252" w:lineRule="auto"/>
      </w:pPr>
      <w:r>
        <w:t>The client agrees to receive information related to bookings, payments, memberships, schedule changes, coaching, service organisation and other service-related communication electronically, including by email, app notifications or other communication channels used by Be Strong Studio.</w:t>
      </w:r>
    </w:p>
    <w:p w:rsidR="002C5925" w:rsidRDefault="00000000">
      <w:pPr>
        <w:spacing w:after="80" w:line="252" w:lineRule="auto"/>
      </w:pPr>
      <w:r>
        <w:t>The client is responsible for providing correct contact details and for checking messages and notifications related to their bookings and services.</w:t>
      </w:r>
    </w:p>
    <w:p w:rsidR="002C5925" w:rsidRDefault="00000000">
      <w:pPr>
        <w:pStyle w:val="Heading2"/>
        <w:spacing w:after="80" w:line="252" w:lineRule="auto"/>
      </w:pPr>
      <w:r>
        <w:t>4. PRICING, PAYMENTS &amp; VALIDITY</w:t>
      </w:r>
    </w:p>
    <w:p w:rsidR="002C5925" w:rsidRDefault="00000000">
      <w:pPr>
        <w:spacing w:after="80" w:line="252" w:lineRule="auto"/>
      </w:pPr>
      <w:r>
        <w:t>All prices are stated in euros (€). Prices may be adjusted with reasonable notice.</w:t>
      </w:r>
    </w:p>
    <w:p w:rsidR="002C5925" w:rsidRDefault="00000000">
      <w:pPr>
        <w:spacing w:after="80" w:line="252" w:lineRule="auto"/>
      </w:pPr>
      <w:r>
        <w:t>BE STRONG PRICING</w:t>
      </w:r>
    </w:p>
    <w:tbl>
      <w:tblPr>
        <w:tblStyle w:val="TableGrid"/>
        <w:tblW w:w="0" w:type="auto"/>
        <w:jc w:val="center"/>
        <w:tblLook w:val="04A0" w:firstRow="1" w:lastRow="0" w:firstColumn="1" w:lastColumn="0" w:noHBand="0" w:noVBand="1"/>
      </w:tblPr>
      <w:tblGrid>
        <w:gridCol w:w="3402"/>
        <w:gridCol w:w="1701"/>
        <w:gridCol w:w="3969"/>
      </w:tblGrid>
      <w:tr w:rsidR="002C5925">
        <w:trPr>
          <w:jc w:val="center"/>
        </w:trPr>
        <w:tc>
          <w:tcPr>
            <w:tcW w:w="3402" w:type="dxa"/>
            <w:shd w:val="clear" w:color="auto" w:fill="D9EAD3"/>
            <w:vAlign w:val="center"/>
          </w:tcPr>
          <w:p w:rsidR="002C5925" w:rsidRDefault="00000000">
            <w:r>
              <w:rPr>
                <w:b/>
                <w:sz w:val="18"/>
              </w:rPr>
              <w:t>Product</w:t>
            </w:r>
          </w:p>
        </w:tc>
        <w:tc>
          <w:tcPr>
            <w:tcW w:w="1701" w:type="dxa"/>
            <w:shd w:val="clear" w:color="auto" w:fill="D9EAD3"/>
            <w:vAlign w:val="center"/>
          </w:tcPr>
          <w:p w:rsidR="002C5925" w:rsidRDefault="00000000">
            <w:r>
              <w:rPr>
                <w:b/>
                <w:sz w:val="18"/>
              </w:rPr>
              <w:t>Price</w:t>
            </w:r>
          </w:p>
        </w:tc>
        <w:tc>
          <w:tcPr>
            <w:tcW w:w="3969" w:type="dxa"/>
            <w:shd w:val="clear" w:color="auto" w:fill="D9EAD3"/>
            <w:vAlign w:val="center"/>
          </w:tcPr>
          <w:p w:rsidR="002C5925" w:rsidRDefault="00000000">
            <w:r>
              <w:rPr>
                <w:b/>
                <w:sz w:val="18"/>
              </w:rPr>
              <w:t>Validity / conditions</w:t>
            </w:r>
          </w:p>
        </w:tc>
      </w:tr>
      <w:tr w:rsidR="002C5925">
        <w:trPr>
          <w:jc w:val="center"/>
        </w:trPr>
        <w:tc>
          <w:tcPr>
            <w:tcW w:w="3402" w:type="dxa"/>
            <w:vAlign w:val="center"/>
          </w:tcPr>
          <w:p w:rsidR="002C5925" w:rsidRDefault="00000000">
            <w:r>
              <w:rPr>
                <w:sz w:val="18"/>
              </w:rPr>
              <w:t>Single Drop-In</w:t>
            </w:r>
          </w:p>
        </w:tc>
        <w:tc>
          <w:tcPr>
            <w:tcW w:w="1701" w:type="dxa"/>
            <w:vAlign w:val="center"/>
          </w:tcPr>
          <w:p w:rsidR="002C5925" w:rsidRDefault="00000000">
            <w:r>
              <w:rPr>
                <w:sz w:val="18"/>
              </w:rPr>
              <w:t>€16</w:t>
            </w:r>
          </w:p>
        </w:tc>
        <w:tc>
          <w:tcPr>
            <w:tcW w:w="3969" w:type="dxa"/>
            <w:vAlign w:val="center"/>
          </w:tcPr>
          <w:p w:rsidR="002C5925" w:rsidRDefault="00000000">
            <w:r>
              <w:rPr>
                <w:sz w:val="18"/>
              </w:rPr>
              <w:t>One-time entry</w:t>
            </w:r>
            <w:r w:rsidR="001B0802">
              <w:rPr>
                <w:sz w:val="18"/>
              </w:rPr>
              <w:t xml:space="preserve"> + </w:t>
            </w:r>
            <w:r w:rsidR="001B0802" w:rsidRPr="001B0802">
              <w:rPr>
                <w:sz w:val="18"/>
              </w:rPr>
              <w:t>1 free class on the first visit*</w:t>
            </w:r>
          </w:p>
        </w:tc>
      </w:tr>
      <w:tr w:rsidR="002C5925">
        <w:trPr>
          <w:jc w:val="center"/>
        </w:trPr>
        <w:tc>
          <w:tcPr>
            <w:tcW w:w="3402" w:type="dxa"/>
            <w:vAlign w:val="center"/>
          </w:tcPr>
          <w:p w:rsidR="002C5925" w:rsidRDefault="00000000">
            <w:r>
              <w:rPr>
                <w:sz w:val="18"/>
              </w:rPr>
              <w:t>4 Class Pack</w:t>
            </w:r>
          </w:p>
        </w:tc>
        <w:tc>
          <w:tcPr>
            <w:tcW w:w="1701" w:type="dxa"/>
            <w:vAlign w:val="center"/>
          </w:tcPr>
          <w:p w:rsidR="002C5925" w:rsidRDefault="00000000">
            <w:r>
              <w:rPr>
                <w:sz w:val="18"/>
              </w:rPr>
              <w:t>€50</w:t>
            </w:r>
          </w:p>
        </w:tc>
        <w:tc>
          <w:tcPr>
            <w:tcW w:w="3969" w:type="dxa"/>
            <w:vAlign w:val="center"/>
          </w:tcPr>
          <w:p w:rsidR="002C5925" w:rsidRDefault="00000000">
            <w:r>
              <w:rPr>
                <w:sz w:val="18"/>
              </w:rPr>
              <w:t>Valid for 6 weeks</w:t>
            </w:r>
          </w:p>
        </w:tc>
      </w:tr>
      <w:tr w:rsidR="002C5925">
        <w:trPr>
          <w:jc w:val="center"/>
        </w:trPr>
        <w:tc>
          <w:tcPr>
            <w:tcW w:w="3402" w:type="dxa"/>
            <w:vAlign w:val="center"/>
          </w:tcPr>
          <w:p w:rsidR="002C5925" w:rsidRDefault="00000000">
            <w:r>
              <w:rPr>
                <w:sz w:val="18"/>
              </w:rPr>
              <w:t>8 Class Pack</w:t>
            </w:r>
          </w:p>
        </w:tc>
        <w:tc>
          <w:tcPr>
            <w:tcW w:w="1701" w:type="dxa"/>
            <w:vAlign w:val="center"/>
          </w:tcPr>
          <w:p w:rsidR="002C5925" w:rsidRDefault="00000000">
            <w:r>
              <w:rPr>
                <w:sz w:val="18"/>
              </w:rPr>
              <w:t>€96</w:t>
            </w:r>
          </w:p>
        </w:tc>
        <w:tc>
          <w:tcPr>
            <w:tcW w:w="3969" w:type="dxa"/>
            <w:vAlign w:val="center"/>
          </w:tcPr>
          <w:p w:rsidR="002C5925" w:rsidRDefault="00000000">
            <w:r>
              <w:rPr>
                <w:sz w:val="18"/>
              </w:rPr>
              <w:t>Valid for 2 months</w:t>
            </w:r>
          </w:p>
        </w:tc>
      </w:tr>
      <w:tr w:rsidR="002C5925">
        <w:trPr>
          <w:jc w:val="center"/>
        </w:trPr>
        <w:tc>
          <w:tcPr>
            <w:tcW w:w="3402" w:type="dxa"/>
            <w:vAlign w:val="center"/>
          </w:tcPr>
          <w:p w:rsidR="002C5925" w:rsidRDefault="00000000">
            <w:r>
              <w:rPr>
                <w:sz w:val="18"/>
              </w:rPr>
              <w:t>12 Class Pack</w:t>
            </w:r>
          </w:p>
        </w:tc>
        <w:tc>
          <w:tcPr>
            <w:tcW w:w="1701" w:type="dxa"/>
            <w:vAlign w:val="center"/>
          </w:tcPr>
          <w:p w:rsidR="002C5925" w:rsidRDefault="00000000">
            <w:r>
              <w:rPr>
                <w:sz w:val="18"/>
              </w:rPr>
              <w:t>€120</w:t>
            </w:r>
          </w:p>
        </w:tc>
        <w:tc>
          <w:tcPr>
            <w:tcW w:w="3969" w:type="dxa"/>
            <w:vAlign w:val="center"/>
          </w:tcPr>
          <w:p w:rsidR="002C5925" w:rsidRDefault="00000000">
            <w:r>
              <w:rPr>
                <w:sz w:val="18"/>
              </w:rPr>
              <w:t>Valid for 2 months</w:t>
            </w:r>
          </w:p>
        </w:tc>
      </w:tr>
      <w:tr w:rsidR="002C5925">
        <w:trPr>
          <w:jc w:val="center"/>
        </w:trPr>
        <w:tc>
          <w:tcPr>
            <w:tcW w:w="3402" w:type="dxa"/>
            <w:vAlign w:val="center"/>
          </w:tcPr>
          <w:p w:rsidR="002C5925" w:rsidRDefault="00000000">
            <w:r>
              <w:rPr>
                <w:sz w:val="18"/>
              </w:rPr>
              <w:t>20 Class Pack</w:t>
            </w:r>
          </w:p>
        </w:tc>
        <w:tc>
          <w:tcPr>
            <w:tcW w:w="1701" w:type="dxa"/>
            <w:vAlign w:val="center"/>
          </w:tcPr>
          <w:p w:rsidR="002C5925" w:rsidRDefault="00000000">
            <w:r>
              <w:rPr>
                <w:sz w:val="18"/>
              </w:rPr>
              <w:t>€180</w:t>
            </w:r>
          </w:p>
        </w:tc>
        <w:tc>
          <w:tcPr>
            <w:tcW w:w="3969" w:type="dxa"/>
            <w:vAlign w:val="center"/>
          </w:tcPr>
          <w:p w:rsidR="002C5925" w:rsidRDefault="00000000">
            <w:r>
              <w:rPr>
                <w:sz w:val="18"/>
              </w:rPr>
              <w:t>Valid for 3 months</w:t>
            </w:r>
          </w:p>
        </w:tc>
      </w:tr>
      <w:tr w:rsidR="002C5925">
        <w:trPr>
          <w:jc w:val="center"/>
        </w:trPr>
        <w:tc>
          <w:tcPr>
            <w:tcW w:w="3402" w:type="dxa"/>
            <w:vAlign w:val="center"/>
          </w:tcPr>
          <w:p w:rsidR="002C5925" w:rsidRDefault="00000000">
            <w:r>
              <w:rPr>
                <w:sz w:val="18"/>
              </w:rPr>
              <w:t>BE STRONG UNLIMITED Membership</w:t>
            </w:r>
            <w:r>
              <w:rPr>
                <w:sz w:val="18"/>
              </w:rPr>
              <w:br/>
              <w:t>Available from 10 August 2026</w:t>
            </w:r>
          </w:p>
        </w:tc>
        <w:tc>
          <w:tcPr>
            <w:tcW w:w="1701" w:type="dxa"/>
            <w:vAlign w:val="center"/>
          </w:tcPr>
          <w:p w:rsidR="002C5925" w:rsidRDefault="00000000">
            <w:r>
              <w:rPr>
                <w:sz w:val="18"/>
              </w:rPr>
              <w:t>€110/month</w:t>
            </w:r>
          </w:p>
        </w:tc>
        <w:tc>
          <w:tcPr>
            <w:tcW w:w="3969" w:type="dxa"/>
            <w:vAlign w:val="center"/>
          </w:tcPr>
          <w:p w:rsidR="002C5925" w:rsidRDefault="00000000">
            <w:r>
              <w:rPr>
                <w:sz w:val="18"/>
              </w:rPr>
              <w:t>Unlimited Be Strong group classes; 1 calendar month cancellation notice</w:t>
            </w:r>
          </w:p>
        </w:tc>
      </w:tr>
      <w:tr w:rsidR="002C5925">
        <w:trPr>
          <w:jc w:val="center"/>
        </w:trPr>
        <w:tc>
          <w:tcPr>
            <w:tcW w:w="3402" w:type="dxa"/>
            <w:vAlign w:val="center"/>
          </w:tcPr>
          <w:p w:rsidR="002C5925" w:rsidRDefault="00000000">
            <w:r>
              <w:rPr>
                <w:sz w:val="18"/>
              </w:rPr>
              <w:t>BE STRONG UNLIMITED PLUS Membership</w:t>
            </w:r>
            <w:r>
              <w:rPr>
                <w:sz w:val="18"/>
              </w:rPr>
              <w:br/>
              <w:t>Available from 10 August 2026</w:t>
            </w:r>
          </w:p>
        </w:tc>
        <w:tc>
          <w:tcPr>
            <w:tcW w:w="1701" w:type="dxa"/>
            <w:vAlign w:val="center"/>
          </w:tcPr>
          <w:p w:rsidR="002C5925" w:rsidRDefault="00000000">
            <w:r>
              <w:rPr>
                <w:sz w:val="18"/>
              </w:rPr>
              <w:t>€140/month</w:t>
            </w:r>
          </w:p>
        </w:tc>
        <w:tc>
          <w:tcPr>
            <w:tcW w:w="3969" w:type="dxa"/>
            <w:vAlign w:val="center"/>
          </w:tcPr>
          <w:p w:rsidR="002C5925" w:rsidRDefault="00000000">
            <w:r>
              <w:rPr>
                <w:sz w:val="18"/>
              </w:rPr>
              <w:t>Unlimited Be Strong group classes + Pilates group classes; 1 calendar month cancellation notice</w:t>
            </w:r>
          </w:p>
        </w:tc>
      </w:tr>
    </w:tbl>
    <w:p w:rsidR="002C5925" w:rsidRDefault="002C5925">
      <w:pPr>
        <w:spacing w:after="80" w:line="252" w:lineRule="auto"/>
      </w:pPr>
    </w:p>
    <w:p w:rsidR="002C5925" w:rsidRDefault="00000000">
      <w:pPr>
        <w:pStyle w:val="Heading3"/>
        <w:spacing w:after="80" w:line="252" w:lineRule="auto"/>
      </w:pPr>
      <w:r>
        <w:t>PERSONAL TRAINING PACKAGES</w:t>
      </w:r>
    </w:p>
    <w:p w:rsidR="002C5925" w:rsidRDefault="00000000">
      <w:pPr>
        <w:pStyle w:val="ListBullet"/>
        <w:spacing w:after="80" w:line="252" w:lineRule="auto"/>
      </w:pPr>
      <w:r>
        <w:t>4-6 personal training sessions: valid for 1 month</w:t>
      </w:r>
    </w:p>
    <w:p w:rsidR="002C5925" w:rsidRDefault="00000000">
      <w:pPr>
        <w:pStyle w:val="ListBullet"/>
        <w:spacing w:after="80" w:line="252" w:lineRule="auto"/>
      </w:pPr>
      <w:r>
        <w:lastRenderedPageBreak/>
        <w:t>8 personal training sessions: valid for 2 months</w:t>
      </w:r>
    </w:p>
    <w:p w:rsidR="002C5925" w:rsidRDefault="00000000">
      <w:pPr>
        <w:pStyle w:val="ListBullet"/>
        <w:spacing w:after="80" w:line="252" w:lineRule="auto"/>
      </w:pPr>
      <w:r>
        <w:t>10-12 personal training sessions: valid for 3 months</w:t>
      </w:r>
    </w:p>
    <w:p w:rsidR="002C5925" w:rsidRDefault="00000000">
      <w:pPr>
        <w:spacing w:after="80" w:line="252" w:lineRule="auto"/>
      </w:pPr>
      <w:r>
        <w:t>Credits, class packs and personal training sessions must be used within their validity period. Unused credits or sessions expire automatically and are non-refundable and non-transferable, except where required by law or agreed otherwise in writing by Be Strong Studio.</w:t>
      </w:r>
    </w:p>
    <w:p w:rsidR="002C5925" w:rsidRDefault="00000000">
      <w:pPr>
        <w:spacing w:after="80" w:line="252" w:lineRule="auto"/>
      </w:pPr>
      <w:r>
        <w:t>Personal training packages are personal and may not be shared, transferred or used by another person.</w:t>
      </w:r>
    </w:p>
    <w:p w:rsidR="002C5925" w:rsidRDefault="00000000">
      <w:pPr>
        <w:spacing w:after="80" w:line="252" w:lineRule="auto"/>
      </w:pPr>
      <w:r>
        <w:t>In exceptional circumstances, such as serious injury, illness or pregnancy, Be Strong Studio may, at its discretion, extend the validity of a package upon request and, where reasonable, proof of the circumstances.</w:t>
      </w:r>
    </w:p>
    <w:p w:rsidR="002C5925" w:rsidRDefault="00000000">
      <w:pPr>
        <w:pStyle w:val="Heading2"/>
        <w:spacing w:after="80" w:line="252" w:lineRule="auto"/>
      </w:pPr>
      <w:r>
        <w:t>5. MEMBERSHIPS, RENEWAL &amp; CANCELLATION</w:t>
      </w:r>
    </w:p>
    <w:p w:rsidR="002C5925" w:rsidRDefault="00000000">
      <w:pPr>
        <w:spacing w:after="80" w:line="252" w:lineRule="auto"/>
      </w:pPr>
      <w:r>
        <w:t>Unlimited memberships renew automatically on a monthly basis unless cancelled.</w:t>
      </w:r>
    </w:p>
    <w:p w:rsidR="002C5925" w:rsidRDefault="00000000">
      <w:pPr>
        <w:spacing w:after="80" w:line="252" w:lineRule="auto"/>
      </w:pPr>
      <w:r>
        <w:t>The cancellation notice period is 1 calendar month. Memberships can be cancelled by email or via the app if this option is available. Cancellation is valid once confirmed by Be Strong Studio.</w:t>
      </w:r>
    </w:p>
    <w:p w:rsidR="002C5925" w:rsidRDefault="00000000">
      <w:pPr>
        <w:spacing w:after="80" w:line="252" w:lineRule="auto"/>
      </w:pPr>
      <w:r>
        <w:t>No refunds will be issued for unused time within an active membership period, except where required by law.</w:t>
      </w:r>
    </w:p>
    <w:p w:rsidR="002C5925" w:rsidRDefault="00000000">
      <w:pPr>
        <w:spacing w:after="80" w:line="252" w:lineRule="auto"/>
      </w:pPr>
      <w:r>
        <w:t>If a membership payment fails, Be Strong Studio may suspend access to classes until the outstanding amount has been paid.</w:t>
      </w:r>
    </w:p>
    <w:p w:rsidR="002C5925" w:rsidRDefault="00000000">
      <w:pPr>
        <w:spacing w:after="80" w:line="252" w:lineRule="auto"/>
      </w:pPr>
      <w:r>
        <w:t>Be Strong Studio reserves the right to adjust membership prices once per year, for example due to increased business costs, inflation or changes in service costs. Clients will be informed in advance of any price change. If required by law, clients will have the right to cancel their membership before the new price takes effect.</w:t>
      </w:r>
    </w:p>
    <w:p w:rsidR="002C5925" w:rsidRDefault="00000000">
      <w:pPr>
        <w:pStyle w:val="Heading2"/>
        <w:spacing w:after="80" w:line="252" w:lineRule="auto"/>
      </w:pPr>
      <w:r>
        <w:t>6. RIGHT OF WITHDRAWAL FOR ONLINE PURCHASES</w:t>
      </w:r>
    </w:p>
    <w:p w:rsidR="002C5925" w:rsidRDefault="00000000">
      <w:pPr>
        <w:spacing w:after="80" w:line="252" w:lineRule="auto"/>
      </w:pPr>
      <w:r>
        <w:t>Where applicable under consumer law, clients who purchase a service online may have a statutory right of withdrawal. This right may not apply to services that are scheduled for a specific date or time, services that have already started with the client’s consent, or digital content/coaching materials that have been delivered with the client’s consent.</w:t>
      </w:r>
    </w:p>
    <w:p w:rsidR="002C5925" w:rsidRDefault="00000000">
      <w:pPr>
        <w:spacing w:after="80" w:line="252" w:lineRule="auto"/>
      </w:pPr>
      <w:r>
        <w:t>If the right of withdrawal applies, clients must inform Be Strong Studio in writing within the applicable legal period. This clause does not limit any mandatory consumer rights.</w:t>
      </w:r>
    </w:p>
    <w:p w:rsidR="002C5925" w:rsidRDefault="00000000">
      <w:pPr>
        <w:pStyle w:val="Heading2"/>
        <w:spacing w:after="80" w:line="252" w:lineRule="auto"/>
      </w:pPr>
      <w:r>
        <w:t>7. CANCELLATION &amp; NO-SHOW POLICY</w:t>
      </w:r>
    </w:p>
    <w:p w:rsidR="002C5925" w:rsidRDefault="00000000">
      <w:pPr>
        <w:spacing w:after="80" w:line="252" w:lineRule="auto"/>
      </w:pPr>
      <w:r>
        <w:t>GROUP CLASSES</w:t>
      </w:r>
    </w:p>
    <w:p w:rsidR="002C5925" w:rsidRDefault="00000000">
      <w:pPr>
        <w:spacing w:after="80" w:line="252" w:lineRule="auto"/>
      </w:pPr>
      <w:r>
        <w:t>Cancellations are free of charge up to 2 hours before the class starts.</w:t>
      </w:r>
    </w:p>
    <w:p w:rsidR="002C5925" w:rsidRDefault="00000000">
      <w:pPr>
        <w:spacing w:after="80" w:line="252" w:lineRule="auto"/>
      </w:pPr>
      <w:r>
        <w:t>Late cancellations or no-shows result in a mandatory €16 fee, equal to the Single Drop-In price.</w:t>
      </w:r>
    </w:p>
    <w:p w:rsidR="002C5925" w:rsidRDefault="00000000">
      <w:pPr>
        <w:spacing w:after="80" w:line="252" w:lineRule="auto"/>
      </w:pPr>
      <w:r>
        <w:t>This rule applies to all clients, including class pack holders, Single Drop-In clients and Unlimited Membership holders.</w:t>
      </w:r>
    </w:p>
    <w:p w:rsidR="002C5925" w:rsidRDefault="00000000">
      <w:pPr>
        <w:spacing w:after="80" w:line="252" w:lineRule="auto"/>
      </w:pPr>
      <w:r>
        <w:t>For class pack holders, the fee is charged instead of deducting one class credit. This fee protects class availability for other clients.</w:t>
      </w:r>
    </w:p>
    <w:p w:rsidR="002C5925" w:rsidRDefault="00000000">
      <w:pPr>
        <w:spacing w:after="80" w:line="252" w:lineRule="auto"/>
      </w:pPr>
      <w:r>
        <w:t>Any applicable fee must be paid before or at the next visit, unless agreed otherwise by Be Strong Studio.</w:t>
      </w:r>
    </w:p>
    <w:p w:rsidR="002C5925" w:rsidRDefault="00000000">
      <w:pPr>
        <w:spacing w:after="80" w:line="252" w:lineRule="auto"/>
      </w:pPr>
      <w:r>
        <w:t>PERSONAL TRAINING</w:t>
      </w:r>
    </w:p>
    <w:p w:rsidR="002C5925" w:rsidRDefault="00000000">
      <w:pPr>
        <w:spacing w:after="80" w:line="252" w:lineRule="auto"/>
      </w:pPr>
      <w:r>
        <w:t>Personal training sessions may be cancelled free of charge up to 24 hours before the scheduled session.</w:t>
      </w:r>
    </w:p>
    <w:p w:rsidR="002C5925" w:rsidRDefault="00000000">
      <w:pPr>
        <w:spacing w:after="80" w:line="252" w:lineRule="auto"/>
      </w:pPr>
      <w:r>
        <w:t>Sessions cancelled less than 24 hours before the appointment are fully charged.</w:t>
      </w:r>
    </w:p>
    <w:p w:rsidR="002C5925" w:rsidRDefault="00000000">
      <w:pPr>
        <w:spacing w:after="80" w:line="252" w:lineRule="auto"/>
      </w:pPr>
      <w:r>
        <w:t>No-shows are treated as completed sessions.</w:t>
      </w:r>
    </w:p>
    <w:p w:rsidR="002C5925" w:rsidRDefault="00000000">
      <w:pPr>
        <w:pStyle w:val="Heading2"/>
        <w:spacing w:after="80" w:line="252" w:lineRule="auto"/>
      </w:pPr>
      <w:r>
        <w:t>8. WAITLIST POLICY</w:t>
      </w:r>
    </w:p>
    <w:p w:rsidR="002C5925" w:rsidRDefault="00000000">
      <w:pPr>
        <w:spacing w:after="80" w:line="252" w:lineRule="auto"/>
      </w:pPr>
      <w:r>
        <w:t>If a class is fully booked, clients may join the waitlist. When a spot becomes available, the first person on the waitlist may automatically be added to the class and notified.</w:t>
      </w:r>
    </w:p>
    <w:p w:rsidR="002C5925" w:rsidRDefault="00000000">
      <w:pPr>
        <w:spacing w:after="80" w:line="252" w:lineRule="auto"/>
      </w:pPr>
      <w:r>
        <w:t>Clients are responsible for checking their booking status before class. If a client is added from the waitlist and can no longer attend, the standard cancellation policy applies.</w:t>
      </w:r>
    </w:p>
    <w:p w:rsidR="002C5925" w:rsidRDefault="00000000">
      <w:pPr>
        <w:pStyle w:val="Heading2"/>
        <w:spacing w:after="80" w:line="252" w:lineRule="auto"/>
      </w:pPr>
      <w:r>
        <w:lastRenderedPageBreak/>
        <w:t>9. STUDIO ACCESS &amp; LATE ARRIVAL</w:t>
      </w:r>
    </w:p>
    <w:p w:rsidR="002C5925" w:rsidRDefault="00000000">
      <w:pPr>
        <w:spacing w:after="80" w:line="252" w:lineRule="auto"/>
      </w:pPr>
      <w:r>
        <w:t>Clients are advised to arrive a few minutes before class starts. Late arrival may result in refusal of entry to avoid disruption and for safety reasons.</w:t>
      </w:r>
    </w:p>
    <w:p w:rsidR="002C5925" w:rsidRDefault="00000000">
      <w:pPr>
        <w:spacing w:after="80" w:line="252" w:lineRule="auto"/>
      </w:pPr>
      <w:r>
        <w:t>Late arrival to a group class does not entitle the client to a refund, replacement credit or rescheduling.</w:t>
      </w:r>
    </w:p>
    <w:p w:rsidR="002C5925" w:rsidRDefault="00000000">
      <w:pPr>
        <w:spacing w:after="80" w:line="252" w:lineRule="auto"/>
      </w:pPr>
      <w:r>
        <w:t>If the client arrives late for a personal training session, the session will still end at the originally scheduled time and will not be extended. The full session fee remains due.</w:t>
      </w:r>
    </w:p>
    <w:p w:rsidR="002C5925" w:rsidRDefault="00000000">
      <w:pPr>
        <w:pStyle w:val="Heading2"/>
        <w:spacing w:after="80" w:line="252" w:lineRule="auto"/>
      </w:pPr>
      <w:r>
        <w:t>10. PERSONAL USE</w:t>
      </w:r>
    </w:p>
    <w:p w:rsidR="002C5925" w:rsidRDefault="00000000">
      <w:pPr>
        <w:spacing w:after="80" w:line="252" w:lineRule="auto"/>
      </w:pPr>
      <w:r>
        <w:t>All memberships, credits and packages are personal, non-transferable and non-refundable, except where required by law or agreed otherwise in writing by Be Strong Studio.</w:t>
      </w:r>
    </w:p>
    <w:p w:rsidR="002C5925" w:rsidRDefault="00000000">
      <w:pPr>
        <w:spacing w:after="80" w:line="252" w:lineRule="auto"/>
      </w:pPr>
      <w:r>
        <w:t>Sharing accounts, transferring credits or allowing another person to use a membership or package is prohibited.</w:t>
      </w:r>
    </w:p>
    <w:p w:rsidR="002C5925" w:rsidRDefault="00000000">
      <w:pPr>
        <w:pStyle w:val="Heading2"/>
        <w:spacing w:after="80" w:line="252" w:lineRule="auto"/>
      </w:pPr>
      <w:r>
        <w:t>11. HEALTH &amp; PHYSICAL CONDITION</w:t>
      </w:r>
    </w:p>
    <w:p w:rsidR="002C5925" w:rsidRDefault="00000000">
      <w:pPr>
        <w:spacing w:after="80" w:line="252" w:lineRule="auto"/>
      </w:pPr>
      <w:r>
        <w:t>By participating in classes or coaching services, the client confirms that:</w:t>
      </w:r>
    </w:p>
    <w:p w:rsidR="002C5925" w:rsidRDefault="00000000">
      <w:pPr>
        <w:pStyle w:val="ListBullet"/>
        <w:spacing w:after="80" w:line="252" w:lineRule="auto"/>
      </w:pPr>
      <w:r>
        <w:t>They are physically able to participate in exercise.</w:t>
      </w:r>
    </w:p>
    <w:p w:rsidR="002C5925" w:rsidRDefault="00000000">
      <w:pPr>
        <w:pStyle w:val="ListBullet"/>
        <w:spacing w:after="80" w:line="252" w:lineRule="auto"/>
      </w:pPr>
      <w:r>
        <w:t>They understand the risks associated with physical activity.</w:t>
      </w:r>
    </w:p>
    <w:p w:rsidR="002C5925" w:rsidRDefault="00000000">
      <w:pPr>
        <w:pStyle w:val="ListBullet"/>
        <w:spacing w:after="80" w:line="252" w:lineRule="auto"/>
      </w:pPr>
      <w:r>
        <w:t>They take responsibility for their own health and physical condition.</w:t>
      </w:r>
    </w:p>
    <w:p w:rsidR="002C5925" w:rsidRDefault="00000000">
      <w:pPr>
        <w:pStyle w:val="ListBullet"/>
        <w:spacing w:after="80" w:line="252" w:lineRule="auto"/>
      </w:pPr>
      <w:r>
        <w:t>They will stop exercising and inform the trainer if they feel pain, dizziness, unusual discomfort or other concerning symptoms.</w:t>
      </w:r>
    </w:p>
    <w:p w:rsidR="002C5925" w:rsidRDefault="00000000">
      <w:pPr>
        <w:spacing w:after="80" w:line="252" w:lineRule="auto"/>
      </w:pPr>
      <w:r>
        <w:t>Clients must inform the trainer before participation about any relevant injuries, illnesses, pregnancy, medical conditions, medication, physical limitations or other circumstances that may affect safe participation.</w:t>
      </w:r>
    </w:p>
    <w:p w:rsidR="002C5925" w:rsidRDefault="00000000">
      <w:pPr>
        <w:spacing w:after="80" w:line="252" w:lineRule="auto"/>
      </w:pPr>
      <w:r>
        <w:t>Participation is at the client’s own risk. Be Strong Studio / Sanderka Training is not liable for injuries, accidents, health complications or damages resulting from participation, except where liability cannot legally be excluded.</w:t>
      </w:r>
    </w:p>
    <w:p w:rsidR="002C5925" w:rsidRDefault="00000000">
      <w:pPr>
        <w:spacing w:after="80" w:line="252" w:lineRule="auto"/>
      </w:pPr>
      <w:r>
        <w:t>The services provided by Be Strong Studio are fitness and coaching services and do not replace medical advice, diagnosis or treatment. Clients should consult a medical professional when in doubt about their ability to exercise.</w:t>
      </w:r>
    </w:p>
    <w:p w:rsidR="002C5925" w:rsidRDefault="00000000">
      <w:pPr>
        <w:pStyle w:val="Heading2"/>
        <w:spacing w:after="80" w:line="252" w:lineRule="auto"/>
      </w:pPr>
      <w:r>
        <w:t>12. ONLINE COACHING, RESULTS &amp; INTELLECTUAL PROPERTY</w:t>
      </w:r>
    </w:p>
    <w:p w:rsidR="002C5925" w:rsidRDefault="00000000">
      <w:pPr>
        <w:spacing w:after="80" w:line="252" w:lineRule="auto"/>
      </w:pPr>
      <w:r>
        <w:t>Be Strong Studio does not guarantee specific training, health, weight loss, body composition or performance results. Results may vary and depend on many factors, including the client’s commitment, consistency, health condition, nutrition, recovery, lifestyle and compliance with the provided guidance.</w:t>
      </w:r>
    </w:p>
    <w:p w:rsidR="002C5925" w:rsidRDefault="00000000">
      <w:pPr>
        <w:spacing w:after="80" w:line="252" w:lineRule="auto"/>
      </w:pPr>
      <w:r>
        <w:t>All training plans, materials, videos, documents and online content remain the intellectual property of Be Strong Studio / Sanderka Training, unless expressly agreed otherwise in writing.</w:t>
      </w:r>
    </w:p>
    <w:p w:rsidR="002C5925" w:rsidRDefault="00000000">
      <w:pPr>
        <w:spacing w:after="80" w:line="252" w:lineRule="auto"/>
      </w:pPr>
      <w:r>
        <w:t>It is strictly prohibited to:</w:t>
      </w:r>
    </w:p>
    <w:p w:rsidR="002C5925" w:rsidRDefault="00000000">
      <w:pPr>
        <w:pStyle w:val="ListBullet"/>
        <w:spacing w:after="80" w:line="252" w:lineRule="auto"/>
      </w:pPr>
      <w:r>
        <w:t>Share materials with third parties</w:t>
      </w:r>
    </w:p>
    <w:p w:rsidR="002C5925" w:rsidRDefault="00000000">
      <w:pPr>
        <w:pStyle w:val="ListBullet"/>
        <w:spacing w:after="80" w:line="252" w:lineRule="auto"/>
      </w:pPr>
      <w:r>
        <w:t>Copy, sell or distribute programs</w:t>
      </w:r>
    </w:p>
    <w:p w:rsidR="002C5925" w:rsidRDefault="00000000">
      <w:pPr>
        <w:pStyle w:val="ListBullet"/>
        <w:spacing w:after="80" w:line="252" w:lineRule="auto"/>
      </w:pPr>
      <w:r>
        <w:t>Publish or reproduce content without permission</w:t>
      </w:r>
    </w:p>
    <w:p w:rsidR="002C5925" w:rsidRDefault="00000000">
      <w:pPr>
        <w:pStyle w:val="ListBullet"/>
        <w:spacing w:after="80" w:line="252" w:lineRule="auto"/>
      </w:pPr>
      <w:r>
        <w:t>Use the materials for commercial purposes without written consent</w:t>
      </w:r>
    </w:p>
    <w:p w:rsidR="002C5925" w:rsidRDefault="00000000">
      <w:pPr>
        <w:spacing w:after="80" w:line="252" w:lineRule="auto"/>
      </w:pPr>
      <w:r>
        <w:t>Violation of these rules may result in termination of services without refund and may lead to further legal action where appropriate.</w:t>
      </w:r>
    </w:p>
    <w:p w:rsidR="002C5925" w:rsidRDefault="00000000">
      <w:pPr>
        <w:pStyle w:val="Heading2"/>
        <w:spacing w:after="80" w:line="252" w:lineRule="auto"/>
      </w:pPr>
      <w:r>
        <w:t>13. STUDIO RULES &amp; CONDUCT</w:t>
      </w:r>
    </w:p>
    <w:p w:rsidR="002C5925" w:rsidRDefault="00000000">
      <w:pPr>
        <w:spacing w:after="80" w:line="252" w:lineRule="auto"/>
      </w:pPr>
      <w:r>
        <w:t>To maintain a safe, respectful and professional environment, clients must:</w:t>
      </w:r>
    </w:p>
    <w:p w:rsidR="002C5925" w:rsidRDefault="00000000">
      <w:pPr>
        <w:pStyle w:val="ListBullet"/>
        <w:spacing w:after="80" w:line="252" w:lineRule="auto"/>
      </w:pPr>
      <w:r>
        <w:t>Respect other clients, trainers and staff</w:t>
      </w:r>
    </w:p>
    <w:p w:rsidR="002C5925" w:rsidRDefault="00000000">
      <w:pPr>
        <w:pStyle w:val="ListBullet"/>
        <w:spacing w:after="80" w:line="252" w:lineRule="auto"/>
      </w:pPr>
      <w:r>
        <w:t>Clean equipment after use</w:t>
      </w:r>
    </w:p>
    <w:p w:rsidR="002C5925" w:rsidRDefault="00000000">
      <w:pPr>
        <w:pStyle w:val="ListBullet"/>
        <w:spacing w:after="80" w:line="252" w:lineRule="auto"/>
      </w:pPr>
      <w:r>
        <w:t>Wear appropriate sportswear and clean sports shoes</w:t>
      </w:r>
    </w:p>
    <w:p w:rsidR="002C5925" w:rsidRDefault="00000000">
      <w:pPr>
        <w:pStyle w:val="ListBullet"/>
        <w:spacing w:after="80" w:line="252" w:lineRule="auto"/>
      </w:pPr>
      <w:r>
        <w:t>Follow trainer instructions at all times</w:t>
      </w:r>
    </w:p>
    <w:p w:rsidR="002C5925" w:rsidRDefault="00000000">
      <w:pPr>
        <w:pStyle w:val="ListBullet"/>
        <w:spacing w:after="80" w:line="252" w:lineRule="auto"/>
      </w:pPr>
      <w:r>
        <w:t>Avoid aggressive, intimidating, discriminatory or abusive behaviour</w:t>
      </w:r>
    </w:p>
    <w:p w:rsidR="002C5925" w:rsidRDefault="00000000">
      <w:pPr>
        <w:pStyle w:val="ListBullet"/>
        <w:spacing w:after="80" w:line="252" w:lineRule="auto"/>
      </w:pPr>
      <w:r>
        <w:t>Not attend classes under the influence of alcohol or drugs</w:t>
      </w:r>
    </w:p>
    <w:p w:rsidR="002C5925" w:rsidRDefault="00000000">
      <w:pPr>
        <w:pStyle w:val="ListBullet"/>
        <w:spacing w:after="80" w:line="252" w:lineRule="auto"/>
      </w:pPr>
      <w:r>
        <w:t>Not photograph or record other clients without their consent</w:t>
      </w:r>
    </w:p>
    <w:p w:rsidR="002C5925" w:rsidRDefault="00000000">
      <w:pPr>
        <w:spacing w:after="80" w:line="252" w:lineRule="auto"/>
      </w:pPr>
      <w:r>
        <w:lastRenderedPageBreak/>
        <w:t>Be Strong Studio reserves the right to refuse entry, remove a client from a class or terminate a membership in case of misconduct, unsafe behaviour, repeated rule violations or non-payment.</w:t>
      </w:r>
    </w:p>
    <w:p w:rsidR="002C5925" w:rsidRDefault="00000000">
      <w:pPr>
        <w:pStyle w:val="Heading2"/>
        <w:spacing w:after="80" w:line="252" w:lineRule="auto"/>
      </w:pPr>
      <w:r>
        <w:t>14. MEDIA, PHOTOS &amp; SOCIAL MEDIA</w:t>
      </w:r>
    </w:p>
    <w:p w:rsidR="002C5925" w:rsidRDefault="00000000">
      <w:pPr>
        <w:spacing w:after="80" w:line="252" w:lineRule="auto"/>
      </w:pPr>
      <w:r>
        <w:t>Photos and videos may occasionally be taken during classes for promotional, educational or social media purposes.</w:t>
      </w:r>
    </w:p>
    <w:p w:rsidR="002C5925" w:rsidRDefault="00000000">
      <w:pPr>
        <w:spacing w:after="80" w:line="252" w:lineRule="auto"/>
      </w:pPr>
      <w:r>
        <w:t>Be Strong Studio will not intentionally publish clearly identifiable images of clients for promotional purposes without their consent. Consent for the use of the client’s image is voluntary and may be withdrawn at any time for future use.</w:t>
      </w:r>
    </w:p>
    <w:p w:rsidR="002C5925" w:rsidRDefault="00000000">
      <w:pPr>
        <w:spacing w:after="80" w:line="252" w:lineRule="auto"/>
      </w:pPr>
      <w:r>
        <w:t>Clients who do not wish to appear in any media content should inform the trainer before class.</w:t>
      </w:r>
    </w:p>
    <w:p w:rsidR="002C5925" w:rsidRDefault="00000000">
      <w:pPr>
        <w:spacing w:after="80" w:line="252" w:lineRule="auto"/>
      </w:pPr>
      <w:r>
        <w:t>Clients may withdraw their consent for future use of their image at any time by contacting Be Strong Studio. Withdrawal does not automatically affect materials already lawfully published before the withdrawal request was received.</w:t>
      </w:r>
    </w:p>
    <w:p w:rsidR="002C5925" w:rsidRDefault="00000000">
      <w:pPr>
        <w:pStyle w:val="Heading2"/>
        <w:spacing w:after="80" w:line="252" w:lineRule="auto"/>
      </w:pPr>
      <w:r>
        <w:t>15. PERSONAL DATA &amp; PRIVACY</w:t>
      </w:r>
    </w:p>
    <w:p w:rsidR="002C5925" w:rsidRDefault="00000000">
      <w:pPr>
        <w:spacing w:after="80" w:line="252" w:lineRule="auto"/>
      </w:pPr>
      <w:r>
        <w:t>Personal data is processed in accordance with the applicable privacy laws and Be Strong Studio’s Privacy Policy. This may include data needed for account creation, bookings, payments, communication, coaching and safety purposes.</w:t>
      </w:r>
    </w:p>
    <w:p w:rsidR="002C5925" w:rsidRDefault="00000000">
      <w:pPr>
        <w:spacing w:after="80" w:line="252" w:lineRule="auto"/>
      </w:pPr>
      <w:r>
        <w:t>Clients are advised to read the Privacy Policy before creating an account or purchasing services.</w:t>
      </w:r>
    </w:p>
    <w:p w:rsidR="002C5925" w:rsidRDefault="00000000">
      <w:pPr>
        <w:pStyle w:val="Heading2"/>
        <w:spacing w:after="80" w:line="252" w:lineRule="auto"/>
      </w:pPr>
      <w:r>
        <w:t>16. MINORS</w:t>
      </w:r>
    </w:p>
    <w:p w:rsidR="002C5925" w:rsidRDefault="00000000">
      <w:pPr>
        <w:spacing w:after="80" w:line="252" w:lineRule="auto"/>
      </w:pPr>
      <w:r>
        <w:t>Clients under 18 years old may participate only with consent from a parent or legal guardian. Be Strong Studio may request written confirmation of this consent.</w:t>
      </w:r>
    </w:p>
    <w:p w:rsidR="002C5925" w:rsidRDefault="00000000">
      <w:pPr>
        <w:pStyle w:val="Heading2"/>
        <w:spacing w:after="80" w:line="252" w:lineRule="auto"/>
      </w:pPr>
      <w:r>
        <w:t>17. LIABILITY</w:t>
      </w:r>
    </w:p>
    <w:p w:rsidR="002C5925" w:rsidRDefault="00000000">
      <w:pPr>
        <w:spacing w:after="80" w:line="252" w:lineRule="auto"/>
      </w:pPr>
      <w:r>
        <w:t>Participation in all activities is at the client’s own risk.</w:t>
      </w:r>
    </w:p>
    <w:p w:rsidR="002C5925" w:rsidRDefault="00000000">
      <w:pPr>
        <w:spacing w:after="80" w:line="252" w:lineRule="auto"/>
      </w:pPr>
      <w:r>
        <w:t>Be Strong Studio / Sanderka Training is not liable for:</w:t>
      </w:r>
    </w:p>
    <w:p w:rsidR="002C5925" w:rsidRDefault="00000000">
      <w:pPr>
        <w:pStyle w:val="ListBullet"/>
        <w:spacing w:after="80" w:line="252" w:lineRule="auto"/>
      </w:pPr>
      <w:r>
        <w:t>Personal injuries or health complications, except where liability cannot legally be excluded</w:t>
      </w:r>
    </w:p>
    <w:p w:rsidR="002C5925" w:rsidRDefault="00000000">
      <w:pPr>
        <w:pStyle w:val="ListBullet"/>
        <w:spacing w:after="80" w:line="252" w:lineRule="auto"/>
      </w:pPr>
      <w:r>
        <w:t>Loss, theft or damage of personal belongings</w:t>
      </w:r>
    </w:p>
    <w:p w:rsidR="002C5925" w:rsidRDefault="00000000">
      <w:pPr>
        <w:pStyle w:val="ListBullet"/>
        <w:spacing w:after="80" w:line="252" w:lineRule="auto"/>
      </w:pPr>
      <w:r>
        <w:t>Technical issues during online coaching or app use</w:t>
      </w:r>
    </w:p>
    <w:p w:rsidR="002C5925" w:rsidRDefault="00000000">
      <w:pPr>
        <w:pStyle w:val="ListBullet"/>
        <w:spacing w:after="80" w:line="252" w:lineRule="auto"/>
      </w:pPr>
      <w:r>
        <w:t>Damages resulting from failure to follow trainer instructions or studio rules</w:t>
      </w:r>
    </w:p>
    <w:p w:rsidR="002C5925" w:rsidRDefault="00000000">
      <w:pPr>
        <w:spacing w:after="80" w:line="252" w:lineRule="auto"/>
      </w:pPr>
      <w:r>
        <w:t>Nothing in these Terms &amp; Conditions excludes liability where such exclusion is not permitted by applicable law.</w:t>
      </w:r>
    </w:p>
    <w:p w:rsidR="002C5925" w:rsidRDefault="00000000">
      <w:pPr>
        <w:pStyle w:val="Heading2"/>
        <w:spacing w:after="80" w:line="252" w:lineRule="auto"/>
      </w:pPr>
      <w:r>
        <w:t>18. SCHEDULE CHANGES</w:t>
      </w:r>
    </w:p>
    <w:p w:rsidR="002C5925" w:rsidRDefault="00000000">
      <w:pPr>
        <w:spacing w:after="80" w:line="252" w:lineRule="auto"/>
      </w:pPr>
      <w:r>
        <w:t>Be Strong Studio reserves the right to modify schedules, trainers, services, class formats or locations when necessary. Where reasonably possible, clients will be informed in advance.</w:t>
      </w:r>
    </w:p>
    <w:p w:rsidR="002C5925" w:rsidRDefault="00000000">
      <w:pPr>
        <w:pStyle w:val="Heading2"/>
        <w:spacing w:after="80" w:line="252" w:lineRule="auto"/>
      </w:pPr>
      <w:r>
        <w:t>19. GOVERNING LAW</w:t>
      </w:r>
    </w:p>
    <w:p w:rsidR="002C5925" w:rsidRDefault="00000000">
      <w:pPr>
        <w:spacing w:after="80" w:line="252" w:lineRule="auto"/>
      </w:pPr>
      <w:r>
        <w:t>These Terms &amp; Conditions are governed by Dutch law. Any disputes shall fall under the jurisdiction of the competent courts in the Netherlands, unless mandatory consumer law provides otherwise.</w:t>
      </w:r>
    </w:p>
    <w:p w:rsidR="002C5925" w:rsidRDefault="00000000">
      <w:pPr>
        <w:pStyle w:val="Heading2"/>
        <w:spacing w:after="80" w:line="252" w:lineRule="auto"/>
      </w:pPr>
      <w:r>
        <w:t>20. CONTACT</w:t>
      </w:r>
    </w:p>
    <w:p w:rsidR="002C5925" w:rsidRDefault="00000000">
      <w:pPr>
        <w:spacing w:after="80" w:line="252" w:lineRule="auto"/>
      </w:pPr>
      <w:r>
        <w:t>For questions, support or cancellation requests, please contact:</w:t>
      </w:r>
    </w:p>
    <w:p w:rsidR="005B7045" w:rsidRDefault="0037348B" w:rsidP="005B7045">
      <w:pPr>
        <w:spacing w:after="80" w:line="252" w:lineRule="auto"/>
      </w:pPr>
      <w:proofErr w:type="spellStart"/>
      <w:r>
        <w:t>Trenerka</w:t>
      </w:r>
      <w:proofErr w:type="spellEnd"/>
      <w:r>
        <w:t xml:space="preserve"> </w:t>
      </w:r>
      <w:proofErr w:type="spellStart"/>
      <w:r>
        <w:t>Sanderka</w:t>
      </w:r>
      <w:proofErr w:type="spellEnd"/>
    </w:p>
    <w:p w:rsidR="0037348B" w:rsidRPr="0037348B" w:rsidRDefault="0037348B" w:rsidP="0037348B">
      <w:pPr>
        <w:spacing w:after="80" w:line="252" w:lineRule="auto"/>
        <w:rPr>
          <w:lang w:val="en-NL"/>
        </w:rPr>
      </w:pPr>
      <w:r w:rsidRPr="0037348B">
        <w:rPr>
          <w:lang w:val="en-NL"/>
        </w:rPr>
        <w:t>Gagelstraat 80 A5616 RS Eindhoven.</w:t>
      </w:r>
    </w:p>
    <w:p w:rsidR="002C5925" w:rsidRDefault="00000000">
      <w:pPr>
        <w:spacing w:after="80" w:line="252" w:lineRule="auto"/>
      </w:pPr>
      <w:r>
        <w:t>E-mail: studio@sanderka.nl</w:t>
      </w:r>
    </w:p>
    <w:p w:rsidR="002C5925" w:rsidRDefault="00000000">
      <w:pPr>
        <w:spacing w:after="80" w:line="252" w:lineRule="auto"/>
      </w:pPr>
      <w:r>
        <w:t>Instagram: @trenerka.sanderka</w:t>
      </w:r>
    </w:p>
    <w:p w:rsidR="002C5925" w:rsidRDefault="00000000">
      <w:pPr>
        <w:spacing w:after="80" w:line="252" w:lineRule="auto"/>
      </w:pPr>
      <w:r>
        <w:t>KVK number: 90017064</w:t>
      </w:r>
      <w:r>
        <w:br w:type="page"/>
      </w:r>
    </w:p>
    <w:p w:rsidR="002C5925" w:rsidRDefault="00000000">
      <w:pPr>
        <w:spacing w:after="80" w:line="252" w:lineRule="auto"/>
        <w:jc w:val="center"/>
      </w:pPr>
      <w:r>
        <w:rPr>
          <w:b/>
          <w:sz w:val="36"/>
        </w:rPr>
        <w:lastRenderedPageBreak/>
        <w:t>REGULAMIN</w:t>
      </w:r>
    </w:p>
    <w:p w:rsidR="002C5925" w:rsidRDefault="00000000">
      <w:pPr>
        <w:spacing w:after="80" w:line="252" w:lineRule="auto"/>
        <w:jc w:val="center"/>
      </w:pPr>
      <w:r>
        <w:rPr>
          <w:b/>
          <w:sz w:val="26"/>
        </w:rPr>
        <w:t>BE STRONG STUDIO / SANDERKA TRAINING</w:t>
      </w:r>
    </w:p>
    <w:p w:rsidR="002C5925" w:rsidRPr="001B0802" w:rsidRDefault="00000000">
      <w:pPr>
        <w:spacing w:after="80" w:line="252" w:lineRule="auto"/>
        <w:jc w:val="center"/>
        <w:rPr>
          <w:lang w:val="pl-PL"/>
        </w:rPr>
      </w:pPr>
      <w:r w:rsidRPr="001B0802">
        <w:rPr>
          <w:i/>
          <w:sz w:val="18"/>
          <w:lang w:val="pl-PL"/>
        </w:rPr>
        <w:t>Wersja: 11 czerwca 2026</w:t>
      </w:r>
    </w:p>
    <w:p w:rsidR="002C5925" w:rsidRPr="001B0802" w:rsidRDefault="002C5925">
      <w:pPr>
        <w:spacing w:after="80" w:line="252" w:lineRule="auto"/>
        <w:rPr>
          <w:lang w:val="pl-PL"/>
        </w:rPr>
      </w:pPr>
    </w:p>
    <w:p w:rsidR="002C5925" w:rsidRPr="001B0802" w:rsidRDefault="00000000">
      <w:pPr>
        <w:pStyle w:val="Heading2"/>
        <w:spacing w:after="80" w:line="252" w:lineRule="auto"/>
        <w:rPr>
          <w:lang w:val="pl-PL"/>
        </w:rPr>
      </w:pPr>
      <w:r w:rsidRPr="001B0802">
        <w:rPr>
          <w:lang w:val="pl-PL"/>
        </w:rPr>
        <w:t>1. POSTANOWIENIA OGÓLNE</w:t>
      </w:r>
    </w:p>
    <w:p w:rsidR="002C5925" w:rsidRPr="001B0802" w:rsidRDefault="00000000">
      <w:pPr>
        <w:spacing w:after="80" w:line="252" w:lineRule="auto"/>
        <w:rPr>
          <w:lang w:val="pl-PL"/>
        </w:rPr>
      </w:pPr>
      <w:r w:rsidRPr="001B0802">
        <w:rPr>
          <w:lang w:val="pl-PL"/>
        </w:rPr>
        <w:t xml:space="preserve">Niniejszy regulamin określa zasady korzystania ze strony internetowej, aplikacji oraz usług Be </w:t>
      </w:r>
      <w:proofErr w:type="spellStart"/>
      <w:r w:rsidRPr="001B0802">
        <w:rPr>
          <w:lang w:val="pl-PL"/>
        </w:rPr>
        <w:t>Strong</w:t>
      </w:r>
      <w:proofErr w:type="spellEnd"/>
      <w:r w:rsidRPr="001B0802">
        <w:rPr>
          <w:lang w:val="pl-PL"/>
        </w:rPr>
        <w:t xml:space="preserve"> Studio / </w:t>
      </w:r>
      <w:proofErr w:type="spellStart"/>
      <w:r w:rsidRPr="001B0802">
        <w:rPr>
          <w:lang w:val="pl-PL"/>
        </w:rPr>
        <w:t>Sanderka</w:t>
      </w:r>
      <w:proofErr w:type="spellEnd"/>
      <w:r w:rsidRPr="001B0802">
        <w:rPr>
          <w:lang w:val="pl-PL"/>
        </w:rPr>
        <w:t xml:space="preserve"> Training, w tym rezerwacji i uczestnictwa w treningach grupowych, treningach personalnych, współpracy online, współpracy hybrydowej, warsztatach oraz wydarzeniach specjalnych.</w:t>
      </w:r>
    </w:p>
    <w:p w:rsidR="002C5925" w:rsidRPr="001B0802" w:rsidRDefault="00000000">
      <w:pPr>
        <w:spacing w:after="80" w:line="252" w:lineRule="auto"/>
        <w:rPr>
          <w:lang w:val="pl-PL"/>
        </w:rPr>
      </w:pPr>
      <w:r w:rsidRPr="001B0802">
        <w:rPr>
          <w:lang w:val="pl-PL"/>
        </w:rPr>
        <w:t>Tworząc konto, dokonując rezerwacji, kupując pakiet lub korzystając z jakiejkolwiek usługi, klient akceptuje niniejszy regulamin.</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może aktualizować regulamin, jeśli będzie to konieczne. O istotnych zmianach klienci zostaną poinformowani z wyprzedzeniem, o ile będzie to rozsądnie możliwe. Dalsze korzystanie z usług po wejściu w życie zaktualizowanego regulaminu oznacza akceptację zmian.</w:t>
      </w:r>
    </w:p>
    <w:p w:rsidR="002C5925" w:rsidRPr="001B0802" w:rsidRDefault="00000000">
      <w:pPr>
        <w:pStyle w:val="Heading2"/>
        <w:spacing w:after="80" w:line="252" w:lineRule="auto"/>
        <w:rPr>
          <w:lang w:val="pl-PL"/>
        </w:rPr>
      </w:pPr>
      <w:r w:rsidRPr="001B0802">
        <w:rPr>
          <w:lang w:val="pl-PL"/>
        </w:rPr>
        <w:t>2. USŁUGI I REZERWACJE</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oferuje:</w:t>
      </w:r>
    </w:p>
    <w:p w:rsidR="002C5925" w:rsidRDefault="0037348B">
      <w:pPr>
        <w:pStyle w:val="ListBullet"/>
        <w:spacing w:after="80" w:line="252" w:lineRule="auto"/>
      </w:pPr>
      <w:proofErr w:type="spellStart"/>
      <w:r>
        <w:t>treningi</w:t>
      </w:r>
      <w:proofErr w:type="spellEnd"/>
      <w:r>
        <w:t xml:space="preserve"> </w:t>
      </w:r>
      <w:proofErr w:type="spellStart"/>
      <w:r>
        <w:t>grupowe</w:t>
      </w:r>
      <w:proofErr w:type="spellEnd"/>
    </w:p>
    <w:p w:rsidR="002C5925" w:rsidRDefault="00000000">
      <w:pPr>
        <w:pStyle w:val="ListBullet"/>
        <w:spacing w:after="80" w:line="252" w:lineRule="auto"/>
      </w:pPr>
      <w:r>
        <w:t>trening personalny 1:1</w:t>
      </w:r>
    </w:p>
    <w:p w:rsidR="002C5925" w:rsidRDefault="00000000">
      <w:pPr>
        <w:pStyle w:val="ListBullet"/>
        <w:spacing w:after="80" w:line="252" w:lineRule="auto"/>
      </w:pPr>
      <w:r>
        <w:t>współpracę online</w:t>
      </w:r>
    </w:p>
    <w:p w:rsidR="002C5925" w:rsidRDefault="00000000">
      <w:pPr>
        <w:pStyle w:val="ListBullet"/>
        <w:spacing w:after="80" w:line="252" w:lineRule="auto"/>
      </w:pPr>
      <w:r>
        <w:t>współpracę hybrydową</w:t>
      </w:r>
    </w:p>
    <w:p w:rsidR="002C5925" w:rsidRDefault="00000000">
      <w:pPr>
        <w:pStyle w:val="ListBullet"/>
        <w:spacing w:after="80" w:line="252" w:lineRule="auto"/>
      </w:pPr>
      <w:r>
        <w:t>warsztaty i wydarzenia specjalne</w:t>
      </w:r>
    </w:p>
    <w:p w:rsidR="002C5925" w:rsidRPr="001B0802" w:rsidRDefault="00000000">
      <w:pPr>
        <w:spacing w:after="80" w:line="252" w:lineRule="auto"/>
        <w:rPr>
          <w:lang w:val="pl-PL"/>
        </w:rPr>
      </w:pPr>
      <w:r w:rsidRPr="001B0802">
        <w:rPr>
          <w:lang w:val="pl-PL"/>
        </w:rPr>
        <w:t xml:space="preserve">Rezerwacje odbywają się za pośrednictwem aplikacji lub innego sposobu wskazanego przez Be </w:t>
      </w:r>
      <w:proofErr w:type="spellStart"/>
      <w:r w:rsidRPr="001B0802">
        <w:rPr>
          <w:lang w:val="pl-PL"/>
        </w:rPr>
        <w:t>Strong</w:t>
      </w:r>
      <w:proofErr w:type="spellEnd"/>
      <w:r w:rsidRPr="001B0802">
        <w:rPr>
          <w:lang w:val="pl-PL"/>
        </w:rPr>
        <w:t xml:space="preserve"> Studio. Dostępność zajęć, trenerzy, grafik oraz format zajęć mogą ulec zmianie i nie są gwarantowane.</w:t>
      </w:r>
    </w:p>
    <w:p w:rsidR="002C5925" w:rsidRPr="001B0802" w:rsidRDefault="00000000">
      <w:pPr>
        <w:spacing w:after="80" w:line="252" w:lineRule="auto"/>
        <w:rPr>
          <w:lang w:val="pl-PL"/>
        </w:rPr>
      </w:pPr>
      <w:r w:rsidRPr="001B0802">
        <w:rPr>
          <w:lang w:val="pl-PL"/>
        </w:rPr>
        <w:t>Klient odpowiada za sprawdzenie statusu rezerwacji, godziny oraz miejsca zajęć przed przyjściem na trening.</w:t>
      </w:r>
    </w:p>
    <w:p w:rsidR="002C5925" w:rsidRPr="001B0802" w:rsidRDefault="00000000">
      <w:pPr>
        <w:pStyle w:val="Heading2"/>
        <w:spacing w:after="80" w:line="252" w:lineRule="auto"/>
        <w:rPr>
          <w:lang w:val="pl-PL"/>
        </w:rPr>
      </w:pPr>
      <w:r w:rsidRPr="001B0802">
        <w:rPr>
          <w:lang w:val="pl-PL"/>
        </w:rPr>
        <w:t>3. KOMUNIKACJA ELEKTRONICZNA</w:t>
      </w:r>
    </w:p>
    <w:p w:rsidR="002C5925" w:rsidRPr="001B0802" w:rsidRDefault="00000000">
      <w:pPr>
        <w:spacing w:after="80" w:line="252" w:lineRule="auto"/>
        <w:rPr>
          <w:lang w:val="pl-PL"/>
        </w:rPr>
      </w:pPr>
      <w:r w:rsidRPr="001B0802">
        <w:rPr>
          <w:lang w:val="pl-PL"/>
        </w:rPr>
        <w:t xml:space="preserve">Klient wyraża zgodę na otrzymywanie informacji dotyczących rezerwacji, płatności, członkostw, zmian w grafiku, współpracy treningowej, organizacji usług oraz innych kwestii związanych ze świadczonymi usługami drogą elektroniczną, w tym mailowo, przez aplikację lub inne kanały komunikacji używane przez Be </w:t>
      </w:r>
      <w:proofErr w:type="spellStart"/>
      <w:r w:rsidRPr="001B0802">
        <w:rPr>
          <w:lang w:val="pl-PL"/>
        </w:rPr>
        <w:t>Strong</w:t>
      </w:r>
      <w:proofErr w:type="spellEnd"/>
      <w:r w:rsidRPr="001B0802">
        <w:rPr>
          <w:lang w:val="pl-PL"/>
        </w:rPr>
        <w:t xml:space="preserve"> Studio.</w:t>
      </w:r>
    </w:p>
    <w:p w:rsidR="002C5925" w:rsidRPr="001B0802" w:rsidRDefault="00000000">
      <w:pPr>
        <w:spacing w:after="80" w:line="252" w:lineRule="auto"/>
        <w:rPr>
          <w:lang w:val="pl-PL"/>
        </w:rPr>
      </w:pPr>
      <w:r w:rsidRPr="001B0802">
        <w:rPr>
          <w:lang w:val="pl-PL"/>
        </w:rPr>
        <w:t>Klient odpowiada za podanie prawidłowych danych kontaktowych oraz za sprawdzanie wiadomości i powiadomień związanych z rezerwacjami oraz usługami.</w:t>
      </w:r>
    </w:p>
    <w:p w:rsidR="002C5925" w:rsidRPr="001B0802" w:rsidRDefault="00000000">
      <w:pPr>
        <w:pStyle w:val="Heading2"/>
        <w:spacing w:after="80" w:line="252" w:lineRule="auto"/>
        <w:rPr>
          <w:lang w:val="pl-PL"/>
        </w:rPr>
      </w:pPr>
      <w:r w:rsidRPr="001B0802">
        <w:rPr>
          <w:lang w:val="pl-PL"/>
        </w:rPr>
        <w:t>4. CENY, PŁATNOŚCI I WAŻNOŚĆ</w:t>
      </w:r>
    </w:p>
    <w:p w:rsidR="002C5925" w:rsidRPr="001B0802" w:rsidRDefault="00000000">
      <w:pPr>
        <w:spacing w:after="80" w:line="252" w:lineRule="auto"/>
        <w:rPr>
          <w:lang w:val="pl-PL"/>
        </w:rPr>
      </w:pPr>
      <w:r w:rsidRPr="001B0802">
        <w:rPr>
          <w:lang w:val="pl-PL"/>
        </w:rPr>
        <w:t>Wszystkie ceny podawane są w euro (€). Ceny mogą zostać zmienione po wcześniejszym poinformowaniu klientów w rozsądnym terminie.</w:t>
      </w:r>
    </w:p>
    <w:p w:rsidR="002C5925" w:rsidRDefault="00000000">
      <w:pPr>
        <w:spacing w:after="80" w:line="252" w:lineRule="auto"/>
      </w:pPr>
      <w:r>
        <w:t>CENNIK BE STRONG</w:t>
      </w:r>
    </w:p>
    <w:tbl>
      <w:tblPr>
        <w:tblStyle w:val="TableGrid"/>
        <w:tblW w:w="0" w:type="auto"/>
        <w:jc w:val="center"/>
        <w:tblLook w:val="04A0" w:firstRow="1" w:lastRow="0" w:firstColumn="1" w:lastColumn="0" w:noHBand="0" w:noVBand="1"/>
      </w:tblPr>
      <w:tblGrid>
        <w:gridCol w:w="3402"/>
        <w:gridCol w:w="1701"/>
        <w:gridCol w:w="3969"/>
      </w:tblGrid>
      <w:tr w:rsidR="002C5925">
        <w:trPr>
          <w:jc w:val="center"/>
        </w:trPr>
        <w:tc>
          <w:tcPr>
            <w:tcW w:w="3402" w:type="dxa"/>
            <w:shd w:val="clear" w:color="auto" w:fill="D9EAD3"/>
            <w:vAlign w:val="center"/>
          </w:tcPr>
          <w:p w:rsidR="002C5925" w:rsidRDefault="00000000">
            <w:r>
              <w:rPr>
                <w:b/>
                <w:sz w:val="18"/>
              </w:rPr>
              <w:t>Produkt</w:t>
            </w:r>
          </w:p>
        </w:tc>
        <w:tc>
          <w:tcPr>
            <w:tcW w:w="1701" w:type="dxa"/>
            <w:shd w:val="clear" w:color="auto" w:fill="D9EAD3"/>
            <w:vAlign w:val="center"/>
          </w:tcPr>
          <w:p w:rsidR="002C5925" w:rsidRDefault="00000000">
            <w:r>
              <w:rPr>
                <w:b/>
                <w:sz w:val="18"/>
              </w:rPr>
              <w:t>Cena</w:t>
            </w:r>
          </w:p>
        </w:tc>
        <w:tc>
          <w:tcPr>
            <w:tcW w:w="3969" w:type="dxa"/>
            <w:shd w:val="clear" w:color="auto" w:fill="D9EAD3"/>
            <w:vAlign w:val="center"/>
          </w:tcPr>
          <w:p w:rsidR="002C5925" w:rsidRDefault="00000000">
            <w:r>
              <w:rPr>
                <w:b/>
                <w:sz w:val="18"/>
              </w:rPr>
              <w:t>Ważność / warunki</w:t>
            </w:r>
          </w:p>
        </w:tc>
      </w:tr>
      <w:tr w:rsidR="002C5925" w:rsidRPr="0037348B">
        <w:trPr>
          <w:jc w:val="center"/>
        </w:trPr>
        <w:tc>
          <w:tcPr>
            <w:tcW w:w="3402" w:type="dxa"/>
            <w:vAlign w:val="center"/>
          </w:tcPr>
          <w:p w:rsidR="002C5925" w:rsidRDefault="00000000">
            <w:r>
              <w:rPr>
                <w:sz w:val="18"/>
              </w:rPr>
              <w:t>Pojedyncze wejście</w:t>
            </w:r>
          </w:p>
        </w:tc>
        <w:tc>
          <w:tcPr>
            <w:tcW w:w="1701" w:type="dxa"/>
            <w:vAlign w:val="center"/>
          </w:tcPr>
          <w:p w:rsidR="002C5925" w:rsidRDefault="00000000">
            <w:r>
              <w:rPr>
                <w:sz w:val="18"/>
              </w:rPr>
              <w:t>€16</w:t>
            </w:r>
          </w:p>
        </w:tc>
        <w:tc>
          <w:tcPr>
            <w:tcW w:w="3969" w:type="dxa"/>
            <w:vAlign w:val="center"/>
          </w:tcPr>
          <w:p w:rsidR="001B0802" w:rsidRPr="001B0802" w:rsidRDefault="001B0802" w:rsidP="001B0802">
            <w:pPr>
              <w:rPr>
                <w:sz w:val="18"/>
                <w:szCs w:val="21"/>
                <w:lang w:val="en-NL"/>
              </w:rPr>
            </w:pPr>
            <w:r w:rsidRPr="001B0802">
              <w:rPr>
                <w:sz w:val="18"/>
                <w:szCs w:val="21"/>
                <w:lang w:val="en-NL"/>
              </w:rPr>
              <w:t>1 wejście + 1 gratis przy pierwszej wizycie*</w:t>
            </w:r>
          </w:p>
          <w:p w:rsidR="002C5925" w:rsidRPr="001B0802" w:rsidRDefault="002C5925">
            <w:pPr>
              <w:rPr>
                <w:lang w:val="en-NL"/>
              </w:rPr>
            </w:pPr>
          </w:p>
        </w:tc>
      </w:tr>
      <w:tr w:rsidR="002C5925">
        <w:trPr>
          <w:jc w:val="center"/>
        </w:trPr>
        <w:tc>
          <w:tcPr>
            <w:tcW w:w="3402" w:type="dxa"/>
            <w:vAlign w:val="center"/>
          </w:tcPr>
          <w:p w:rsidR="002C5925" w:rsidRDefault="00000000">
            <w:proofErr w:type="spellStart"/>
            <w:r>
              <w:rPr>
                <w:sz w:val="18"/>
              </w:rPr>
              <w:t>Karnet</w:t>
            </w:r>
            <w:proofErr w:type="spellEnd"/>
            <w:r>
              <w:rPr>
                <w:sz w:val="18"/>
              </w:rPr>
              <w:t xml:space="preserve"> 4 </w:t>
            </w:r>
            <w:proofErr w:type="spellStart"/>
            <w:r>
              <w:rPr>
                <w:sz w:val="18"/>
              </w:rPr>
              <w:t>wejścia</w:t>
            </w:r>
            <w:proofErr w:type="spellEnd"/>
          </w:p>
        </w:tc>
        <w:tc>
          <w:tcPr>
            <w:tcW w:w="1701" w:type="dxa"/>
            <w:vAlign w:val="center"/>
          </w:tcPr>
          <w:p w:rsidR="002C5925" w:rsidRDefault="00000000">
            <w:r>
              <w:rPr>
                <w:sz w:val="18"/>
              </w:rPr>
              <w:t>€50</w:t>
            </w:r>
          </w:p>
        </w:tc>
        <w:tc>
          <w:tcPr>
            <w:tcW w:w="3969" w:type="dxa"/>
            <w:vAlign w:val="center"/>
          </w:tcPr>
          <w:p w:rsidR="002C5925" w:rsidRDefault="00000000">
            <w:r>
              <w:rPr>
                <w:sz w:val="18"/>
              </w:rPr>
              <w:t>Ważny przez 6 tygodni</w:t>
            </w:r>
          </w:p>
        </w:tc>
      </w:tr>
      <w:tr w:rsidR="002C5925">
        <w:trPr>
          <w:jc w:val="center"/>
        </w:trPr>
        <w:tc>
          <w:tcPr>
            <w:tcW w:w="3402" w:type="dxa"/>
            <w:vAlign w:val="center"/>
          </w:tcPr>
          <w:p w:rsidR="002C5925" w:rsidRDefault="00000000">
            <w:r>
              <w:rPr>
                <w:sz w:val="18"/>
              </w:rPr>
              <w:t>Karnet 8 wejść</w:t>
            </w:r>
          </w:p>
        </w:tc>
        <w:tc>
          <w:tcPr>
            <w:tcW w:w="1701" w:type="dxa"/>
            <w:vAlign w:val="center"/>
          </w:tcPr>
          <w:p w:rsidR="002C5925" w:rsidRDefault="00000000">
            <w:r>
              <w:rPr>
                <w:sz w:val="18"/>
              </w:rPr>
              <w:t>€96</w:t>
            </w:r>
          </w:p>
        </w:tc>
        <w:tc>
          <w:tcPr>
            <w:tcW w:w="3969" w:type="dxa"/>
            <w:vAlign w:val="center"/>
          </w:tcPr>
          <w:p w:rsidR="002C5925" w:rsidRDefault="00000000">
            <w:r>
              <w:rPr>
                <w:sz w:val="18"/>
              </w:rPr>
              <w:t>Ważny przez 2 miesiące</w:t>
            </w:r>
          </w:p>
        </w:tc>
      </w:tr>
      <w:tr w:rsidR="002C5925">
        <w:trPr>
          <w:jc w:val="center"/>
        </w:trPr>
        <w:tc>
          <w:tcPr>
            <w:tcW w:w="3402" w:type="dxa"/>
            <w:vAlign w:val="center"/>
          </w:tcPr>
          <w:p w:rsidR="002C5925" w:rsidRDefault="00000000">
            <w:r>
              <w:rPr>
                <w:sz w:val="18"/>
              </w:rPr>
              <w:t>Karnet 12 wejść</w:t>
            </w:r>
          </w:p>
        </w:tc>
        <w:tc>
          <w:tcPr>
            <w:tcW w:w="1701" w:type="dxa"/>
            <w:vAlign w:val="center"/>
          </w:tcPr>
          <w:p w:rsidR="002C5925" w:rsidRDefault="00000000">
            <w:r>
              <w:rPr>
                <w:sz w:val="18"/>
              </w:rPr>
              <w:t>€120</w:t>
            </w:r>
          </w:p>
        </w:tc>
        <w:tc>
          <w:tcPr>
            <w:tcW w:w="3969" w:type="dxa"/>
            <w:vAlign w:val="center"/>
          </w:tcPr>
          <w:p w:rsidR="002C5925" w:rsidRDefault="00000000">
            <w:r>
              <w:rPr>
                <w:sz w:val="18"/>
              </w:rPr>
              <w:t>Ważny przez 2 miesiące</w:t>
            </w:r>
          </w:p>
        </w:tc>
      </w:tr>
      <w:tr w:rsidR="002C5925">
        <w:trPr>
          <w:jc w:val="center"/>
        </w:trPr>
        <w:tc>
          <w:tcPr>
            <w:tcW w:w="3402" w:type="dxa"/>
            <w:vAlign w:val="center"/>
          </w:tcPr>
          <w:p w:rsidR="002C5925" w:rsidRDefault="00000000">
            <w:r>
              <w:rPr>
                <w:sz w:val="18"/>
              </w:rPr>
              <w:t>Karnet 20 wejść</w:t>
            </w:r>
          </w:p>
        </w:tc>
        <w:tc>
          <w:tcPr>
            <w:tcW w:w="1701" w:type="dxa"/>
            <w:vAlign w:val="center"/>
          </w:tcPr>
          <w:p w:rsidR="002C5925" w:rsidRDefault="00000000">
            <w:r>
              <w:rPr>
                <w:sz w:val="18"/>
              </w:rPr>
              <w:t>€180</w:t>
            </w:r>
          </w:p>
        </w:tc>
        <w:tc>
          <w:tcPr>
            <w:tcW w:w="3969" w:type="dxa"/>
            <w:vAlign w:val="center"/>
          </w:tcPr>
          <w:p w:rsidR="002C5925" w:rsidRDefault="00000000">
            <w:r>
              <w:rPr>
                <w:sz w:val="18"/>
              </w:rPr>
              <w:t>Ważny przez 3 miesiące</w:t>
            </w:r>
          </w:p>
        </w:tc>
      </w:tr>
      <w:tr w:rsidR="002C5925" w:rsidRPr="0037348B">
        <w:trPr>
          <w:jc w:val="center"/>
        </w:trPr>
        <w:tc>
          <w:tcPr>
            <w:tcW w:w="3402" w:type="dxa"/>
            <w:vAlign w:val="center"/>
          </w:tcPr>
          <w:p w:rsidR="002C5925" w:rsidRPr="001B0802" w:rsidRDefault="00000000">
            <w:pPr>
              <w:rPr>
                <w:lang w:val="pl-PL"/>
              </w:rPr>
            </w:pPr>
            <w:r w:rsidRPr="001B0802">
              <w:rPr>
                <w:sz w:val="18"/>
                <w:lang w:val="pl-PL"/>
              </w:rPr>
              <w:t>Członkostwo BE STRONG UNLIMITED</w:t>
            </w:r>
            <w:r w:rsidRPr="001B0802">
              <w:rPr>
                <w:sz w:val="18"/>
                <w:lang w:val="pl-PL"/>
              </w:rPr>
              <w:br/>
              <w:t>Dostępne od 10 sierpnia 2026</w:t>
            </w:r>
          </w:p>
        </w:tc>
        <w:tc>
          <w:tcPr>
            <w:tcW w:w="1701" w:type="dxa"/>
            <w:vAlign w:val="center"/>
          </w:tcPr>
          <w:p w:rsidR="002C5925" w:rsidRDefault="00000000">
            <w:r>
              <w:rPr>
                <w:sz w:val="18"/>
              </w:rPr>
              <w:t>€110/</w:t>
            </w:r>
            <w:proofErr w:type="spellStart"/>
            <w:r>
              <w:rPr>
                <w:sz w:val="18"/>
              </w:rPr>
              <w:t>miesiąc</w:t>
            </w:r>
            <w:proofErr w:type="spellEnd"/>
          </w:p>
        </w:tc>
        <w:tc>
          <w:tcPr>
            <w:tcW w:w="3969" w:type="dxa"/>
            <w:vAlign w:val="center"/>
          </w:tcPr>
          <w:p w:rsidR="002C5925" w:rsidRPr="001B0802" w:rsidRDefault="00000000">
            <w:pPr>
              <w:rPr>
                <w:lang w:val="pl-PL"/>
              </w:rPr>
            </w:pPr>
            <w:r w:rsidRPr="001B0802">
              <w:rPr>
                <w:sz w:val="18"/>
                <w:lang w:val="pl-PL"/>
              </w:rPr>
              <w:t xml:space="preserve">Nielimitowana liczba treningów grupowych Be </w:t>
            </w:r>
            <w:proofErr w:type="spellStart"/>
            <w:r w:rsidRPr="001B0802">
              <w:rPr>
                <w:sz w:val="18"/>
                <w:lang w:val="pl-PL"/>
              </w:rPr>
              <w:t>Strong</w:t>
            </w:r>
            <w:proofErr w:type="spellEnd"/>
            <w:r w:rsidRPr="001B0802">
              <w:rPr>
                <w:sz w:val="18"/>
                <w:lang w:val="pl-PL"/>
              </w:rPr>
              <w:t>; 1 miesiąc kalendarzowy wypowiedzenia</w:t>
            </w:r>
          </w:p>
        </w:tc>
      </w:tr>
      <w:tr w:rsidR="002C5925" w:rsidRPr="0037348B">
        <w:trPr>
          <w:jc w:val="center"/>
        </w:trPr>
        <w:tc>
          <w:tcPr>
            <w:tcW w:w="3402" w:type="dxa"/>
            <w:vAlign w:val="center"/>
          </w:tcPr>
          <w:p w:rsidR="002C5925" w:rsidRPr="001B0802" w:rsidRDefault="00000000">
            <w:pPr>
              <w:rPr>
                <w:lang w:val="pl-PL"/>
              </w:rPr>
            </w:pPr>
            <w:r w:rsidRPr="001B0802">
              <w:rPr>
                <w:sz w:val="18"/>
                <w:lang w:val="pl-PL"/>
              </w:rPr>
              <w:t>Członkostwo BE STRONG UNLIMITED PLUS</w:t>
            </w:r>
            <w:r w:rsidRPr="001B0802">
              <w:rPr>
                <w:sz w:val="18"/>
                <w:lang w:val="pl-PL"/>
              </w:rPr>
              <w:br/>
              <w:t>Dostępne od 10 sierpnia 2026</w:t>
            </w:r>
          </w:p>
        </w:tc>
        <w:tc>
          <w:tcPr>
            <w:tcW w:w="1701" w:type="dxa"/>
            <w:vAlign w:val="center"/>
          </w:tcPr>
          <w:p w:rsidR="002C5925" w:rsidRDefault="00000000">
            <w:r>
              <w:rPr>
                <w:sz w:val="18"/>
              </w:rPr>
              <w:t>€140/</w:t>
            </w:r>
            <w:proofErr w:type="spellStart"/>
            <w:r>
              <w:rPr>
                <w:sz w:val="18"/>
              </w:rPr>
              <w:t>miesiąc</w:t>
            </w:r>
            <w:proofErr w:type="spellEnd"/>
          </w:p>
        </w:tc>
        <w:tc>
          <w:tcPr>
            <w:tcW w:w="3969" w:type="dxa"/>
            <w:vAlign w:val="center"/>
          </w:tcPr>
          <w:p w:rsidR="002C5925" w:rsidRPr="001B0802" w:rsidRDefault="00000000">
            <w:pPr>
              <w:rPr>
                <w:lang w:val="pl-PL"/>
              </w:rPr>
            </w:pPr>
            <w:r w:rsidRPr="001B0802">
              <w:rPr>
                <w:sz w:val="18"/>
                <w:lang w:val="pl-PL"/>
              </w:rPr>
              <w:t xml:space="preserve">Nielimitowana liczba treningów grupowych Be </w:t>
            </w:r>
            <w:proofErr w:type="spellStart"/>
            <w:r w:rsidRPr="001B0802">
              <w:rPr>
                <w:sz w:val="18"/>
                <w:lang w:val="pl-PL"/>
              </w:rPr>
              <w:t>Strong</w:t>
            </w:r>
            <w:proofErr w:type="spellEnd"/>
            <w:r w:rsidRPr="001B0802">
              <w:rPr>
                <w:sz w:val="18"/>
                <w:lang w:val="pl-PL"/>
              </w:rPr>
              <w:t xml:space="preserve"> + zajęcia grupowe </w:t>
            </w:r>
            <w:proofErr w:type="spellStart"/>
            <w:r w:rsidRPr="001B0802">
              <w:rPr>
                <w:sz w:val="18"/>
                <w:lang w:val="pl-PL"/>
              </w:rPr>
              <w:t>Pilates</w:t>
            </w:r>
            <w:proofErr w:type="spellEnd"/>
            <w:r w:rsidRPr="001B0802">
              <w:rPr>
                <w:sz w:val="18"/>
                <w:lang w:val="pl-PL"/>
              </w:rPr>
              <w:t>; 1 miesiąc kalendarzowy wypowiedzenia</w:t>
            </w:r>
          </w:p>
        </w:tc>
      </w:tr>
    </w:tbl>
    <w:p w:rsidR="002C5925" w:rsidRPr="001B0802" w:rsidRDefault="002C5925">
      <w:pPr>
        <w:spacing w:after="80" w:line="252" w:lineRule="auto"/>
        <w:rPr>
          <w:lang w:val="pl-PL"/>
        </w:rPr>
      </w:pPr>
    </w:p>
    <w:p w:rsidR="002C5925" w:rsidRDefault="00000000">
      <w:pPr>
        <w:pStyle w:val="Heading3"/>
        <w:spacing w:after="80" w:line="252" w:lineRule="auto"/>
      </w:pPr>
      <w:r>
        <w:lastRenderedPageBreak/>
        <w:t>PAKIETY TRENINGÓW PERSONALNYCH</w:t>
      </w:r>
    </w:p>
    <w:p w:rsidR="002C5925" w:rsidRDefault="00000000">
      <w:pPr>
        <w:pStyle w:val="ListBullet"/>
        <w:spacing w:after="80" w:line="252" w:lineRule="auto"/>
      </w:pPr>
      <w:r>
        <w:t>4-6 treningów personalnych: ważne przez 1 miesiąc</w:t>
      </w:r>
    </w:p>
    <w:p w:rsidR="002C5925" w:rsidRDefault="00000000">
      <w:pPr>
        <w:pStyle w:val="ListBullet"/>
        <w:spacing w:after="80" w:line="252" w:lineRule="auto"/>
      </w:pPr>
      <w:r>
        <w:t>8 treningów personalnych: ważne przez 2 miesiące</w:t>
      </w:r>
    </w:p>
    <w:p w:rsidR="002C5925" w:rsidRDefault="00000000">
      <w:pPr>
        <w:pStyle w:val="ListBullet"/>
        <w:spacing w:after="80" w:line="252" w:lineRule="auto"/>
      </w:pPr>
      <w:r>
        <w:t>10-12 treningów personalnych: ważne przez 3 miesiące</w:t>
      </w:r>
    </w:p>
    <w:p w:rsidR="002C5925" w:rsidRPr="001B0802" w:rsidRDefault="00000000">
      <w:pPr>
        <w:spacing w:after="80" w:line="252" w:lineRule="auto"/>
        <w:rPr>
          <w:lang w:val="pl-PL"/>
        </w:rPr>
      </w:pPr>
      <w:r w:rsidRPr="001B0802">
        <w:rPr>
          <w:lang w:val="pl-PL"/>
        </w:rPr>
        <w:t xml:space="preserve">Wejścia, karnety i treningi personalne muszą zostać wykorzystane w okresie ich ważności. Niewykorzystane wejścia lub treningi przepadają automatycznie i nie podlegają zwrotowi ani przeniesieniu, chyba że prawo stanowi inaczej lub Be </w:t>
      </w:r>
      <w:proofErr w:type="spellStart"/>
      <w:r w:rsidRPr="001B0802">
        <w:rPr>
          <w:lang w:val="pl-PL"/>
        </w:rPr>
        <w:t>Strong</w:t>
      </w:r>
      <w:proofErr w:type="spellEnd"/>
      <w:r w:rsidRPr="001B0802">
        <w:rPr>
          <w:lang w:val="pl-PL"/>
        </w:rPr>
        <w:t xml:space="preserve"> Studio pisemnie uzgodni inaczej z klientem.</w:t>
      </w:r>
    </w:p>
    <w:p w:rsidR="002C5925" w:rsidRPr="001B0802" w:rsidRDefault="00000000">
      <w:pPr>
        <w:spacing w:after="80" w:line="252" w:lineRule="auto"/>
        <w:rPr>
          <w:lang w:val="pl-PL"/>
        </w:rPr>
      </w:pPr>
      <w:r w:rsidRPr="001B0802">
        <w:rPr>
          <w:lang w:val="pl-PL"/>
        </w:rPr>
        <w:t>Pakiety treningów personalnych są imienne i nie mogą być udostępniane, przekazywane ani wykorzystywane przez inną osobę.</w:t>
      </w:r>
    </w:p>
    <w:p w:rsidR="002C5925" w:rsidRPr="001B0802" w:rsidRDefault="00000000">
      <w:pPr>
        <w:spacing w:after="80" w:line="252" w:lineRule="auto"/>
        <w:rPr>
          <w:lang w:val="pl-PL"/>
        </w:rPr>
      </w:pPr>
      <w:r w:rsidRPr="001B0802">
        <w:rPr>
          <w:lang w:val="pl-PL"/>
        </w:rPr>
        <w:t xml:space="preserve">W wyjątkowych sytuacjach, takich jak poważna kontuzja, choroba lub ciąża, Be </w:t>
      </w:r>
      <w:proofErr w:type="spellStart"/>
      <w:r w:rsidRPr="001B0802">
        <w:rPr>
          <w:lang w:val="pl-PL"/>
        </w:rPr>
        <w:t>Strong</w:t>
      </w:r>
      <w:proofErr w:type="spellEnd"/>
      <w:r w:rsidRPr="001B0802">
        <w:rPr>
          <w:lang w:val="pl-PL"/>
        </w:rPr>
        <w:t xml:space="preserve"> Studio może według własnego uznania przedłużyć ważność pakietu na prośbę klienta oraz, jeśli jest to uzasadnione, po przedstawieniu potwierdzenia okoliczności.</w:t>
      </w:r>
    </w:p>
    <w:p w:rsidR="002C5925" w:rsidRPr="001B0802" w:rsidRDefault="00000000">
      <w:pPr>
        <w:pStyle w:val="Heading2"/>
        <w:spacing w:after="80" w:line="252" w:lineRule="auto"/>
        <w:rPr>
          <w:lang w:val="pl-PL"/>
        </w:rPr>
      </w:pPr>
      <w:r w:rsidRPr="001B0802">
        <w:rPr>
          <w:lang w:val="pl-PL"/>
        </w:rPr>
        <w:t>5. CZŁONKOSTWA, ODNAWIANIE I WYPOWIEDZENIE</w:t>
      </w:r>
    </w:p>
    <w:p w:rsidR="002C5925" w:rsidRPr="001B0802" w:rsidRDefault="00000000">
      <w:pPr>
        <w:spacing w:after="80" w:line="252" w:lineRule="auto"/>
        <w:rPr>
          <w:lang w:val="pl-PL"/>
        </w:rPr>
      </w:pPr>
      <w:r w:rsidRPr="001B0802">
        <w:rPr>
          <w:lang w:val="pl-PL"/>
        </w:rPr>
        <w:t xml:space="preserve">Członkostwo </w:t>
      </w:r>
      <w:proofErr w:type="spellStart"/>
      <w:r w:rsidRPr="001B0802">
        <w:rPr>
          <w:lang w:val="pl-PL"/>
        </w:rPr>
        <w:t>Unlimited</w:t>
      </w:r>
      <w:proofErr w:type="spellEnd"/>
      <w:r w:rsidRPr="001B0802">
        <w:rPr>
          <w:lang w:val="pl-PL"/>
        </w:rPr>
        <w:t xml:space="preserve"> odnawia się automatycznie co miesiąc, jeśli nie zostanie wypowiedziane.</w:t>
      </w:r>
    </w:p>
    <w:p w:rsidR="002C5925" w:rsidRPr="001B0802" w:rsidRDefault="00000000">
      <w:pPr>
        <w:spacing w:after="80" w:line="252" w:lineRule="auto"/>
        <w:rPr>
          <w:lang w:val="pl-PL"/>
        </w:rPr>
      </w:pPr>
      <w:r w:rsidRPr="001B0802">
        <w:rPr>
          <w:lang w:val="pl-PL"/>
        </w:rPr>
        <w:t xml:space="preserve">Okres wypowiedzenia wynosi 1 miesiąc kalendarzowy. Członkostwo można wypowiedzieć mailowo lub za pośrednictwem aplikacji, jeśli taka opcja jest dostępna. Wypowiedzenie jest skuteczne po potwierdzeniu przez Be </w:t>
      </w:r>
      <w:proofErr w:type="spellStart"/>
      <w:r w:rsidRPr="001B0802">
        <w:rPr>
          <w:lang w:val="pl-PL"/>
        </w:rPr>
        <w:t>Strong</w:t>
      </w:r>
      <w:proofErr w:type="spellEnd"/>
      <w:r w:rsidRPr="001B0802">
        <w:rPr>
          <w:lang w:val="pl-PL"/>
        </w:rPr>
        <w:t xml:space="preserve"> Studio.</w:t>
      </w:r>
    </w:p>
    <w:p w:rsidR="002C5925" w:rsidRPr="001B0802" w:rsidRDefault="00000000">
      <w:pPr>
        <w:spacing w:after="80" w:line="252" w:lineRule="auto"/>
        <w:rPr>
          <w:lang w:val="pl-PL"/>
        </w:rPr>
      </w:pPr>
      <w:r w:rsidRPr="001B0802">
        <w:rPr>
          <w:lang w:val="pl-PL"/>
        </w:rPr>
        <w:t>Zwroty za niewykorzystany okres aktywnego członkostwa nie są przyznawane, chyba że prawo stanowi inaczej.</w:t>
      </w:r>
    </w:p>
    <w:p w:rsidR="002C5925" w:rsidRPr="001B0802" w:rsidRDefault="00000000">
      <w:pPr>
        <w:spacing w:after="80" w:line="252" w:lineRule="auto"/>
        <w:rPr>
          <w:lang w:val="pl-PL"/>
        </w:rPr>
      </w:pPr>
      <w:r w:rsidRPr="001B0802">
        <w:rPr>
          <w:lang w:val="pl-PL"/>
        </w:rPr>
        <w:t xml:space="preserve">Jeśli płatność za członkostwo nie powiedzie się, Be </w:t>
      </w:r>
      <w:proofErr w:type="spellStart"/>
      <w:r w:rsidRPr="001B0802">
        <w:rPr>
          <w:lang w:val="pl-PL"/>
        </w:rPr>
        <w:t>Strong</w:t>
      </w:r>
      <w:proofErr w:type="spellEnd"/>
      <w:r w:rsidRPr="001B0802">
        <w:rPr>
          <w:lang w:val="pl-PL"/>
        </w:rPr>
        <w:t xml:space="preserve"> Studio może zawiesić dostęp do zajęć do czasu uregulowania zaległości.</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zastrzega sobie prawo do zmiany cen członkostw raz w roku, na przykład w związku ze wzrostem kosztów prowadzenia działalności, inflacją lub zmianą kosztów świadczenia usług. Klienci zostaną poinformowani o zmianie ceny z wyprzedzeniem. Jeśli wymagają tego przepisy prawa, klient będzie miał prawo wypowiedzieć członkostwo przed wejściem nowej ceny w życie.</w:t>
      </w:r>
    </w:p>
    <w:p w:rsidR="002C5925" w:rsidRPr="001B0802" w:rsidRDefault="00000000">
      <w:pPr>
        <w:pStyle w:val="Heading2"/>
        <w:spacing w:after="80" w:line="252" w:lineRule="auto"/>
        <w:rPr>
          <w:lang w:val="pl-PL"/>
        </w:rPr>
      </w:pPr>
      <w:r w:rsidRPr="001B0802">
        <w:rPr>
          <w:lang w:val="pl-PL"/>
        </w:rPr>
        <w:t>6. PRAWO ODSTĄPIENIA PRZY ZAKUPACH ONLINE</w:t>
      </w:r>
    </w:p>
    <w:p w:rsidR="002C5925" w:rsidRPr="001B0802" w:rsidRDefault="00000000">
      <w:pPr>
        <w:spacing w:after="80" w:line="252" w:lineRule="auto"/>
        <w:rPr>
          <w:lang w:val="pl-PL"/>
        </w:rPr>
      </w:pPr>
      <w:r w:rsidRPr="001B0802">
        <w:rPr>
          <w:lang w:val="pl-PL"/>
        </w:rPr>
        <w:t xml:space="preserve">W przypadkach przewidzianych prawem konsumenckim klient dokonujący zakupu online może mieć ustawowe prawo odstąpienia od umowy. Prawo to może nie mieć zastosowania do usług zaplanowanych na konkretną datę lub godzinę, usług rozpoczętych za zgodą klienta albo treści cyfrowych i materiałów </w:t>
      </w:r>
      <w:proofErr w:type="spellStart"/>
      <w:r w:rsidRPr="001B0802">
        <w:rPr>
          <w:lang w:val="pl-PL"/>
        </w:rPr>
        <w:t>coachingowych</w:t>
      </w:r>
      <w:proofErr w:type="spellEnd"/>
      <w:r w:rsidRPr="001B0802">
        <w:rPr>
          <w:lang w:val="pl-PL"/>
        </w:rPr>
        <w:t xml:space="preserve"> dostarczonych za zgodą klienta.</w:t>
      </w:r>
    </w:p>
    <w:p w:rsidR="002C5925" w:rsidRPr="001B0802" w:rsidRDefault="00000000">
      <w:pPr>
        <w:spacing w:after="80" w:line="252" w:lineRule="auto"/>
        <w:rPr>
          <w:lang w:val="pl-PL"/>
        </w:rPr>
      </w:pPr>
      <w:r w:rsidRPr="001B0802">
        <w:rPr>
          <w:lang w:val="pl-PL"/>
        </w:rPr>
        <w:t xml:space="preserve">Jeśli prawo odstąpienia ma zastosowanie, klient powinien poinformować Be </w:t>
      </w:r>
      <w:proofErr w:type="spellStart"/>
      <w:r w:rsidRPr="001B0802">
        <w:rPr>
          <w:lang w:val="pl-PL"/>
        </w:rPr>
        <w:t>Strong</w:t>
      </w:r>
      <w:proofErr w:type="spellEnd"/>
      <w:r w:rsidRPr="001B0802">
        <w:rPr>
          <w:lang w:val="pl-PL"/>
        </w:rPr>
        <w:t xml:space="preserve"> Studio pisemnie w odpowiednim terminie przewidzianym prawem. Ten punkt nie ogranicza obowiązkowych praw konsumenta.</w:t>
      </w:r>
    </w:p>
    <w:p w:rsidR="002C5925" w:rsidRPr="001B0802" w:rsidRDefault="00000000">
      <w:pPr>
        <w:pStyle w:val="Heading2"/>
        <w:spacing w:after="80" w:line="252" w:lineRule="auto"/>
        <w:rPr>
          <w:lang w:val="pl-PL"/>
        </w:rPr>
      </w:pPr>
      <w:r w:rsidRPr="001B0802">
        <w:rPr>
          <w:lang w:val="pl-PL"/>
        </w:rPr>
        <w:t>7. POLITYKA ANULACJI I NO-SHOW</w:t>
      </w:r>
    </w:p>
    <w:p w:rsidR="002C5925" w:rsidRPr="001B0802" w:rsidRDefault="00000000">
      <w:pPr>
        <w:spacing w:after="80" w:line="252" w:lineRule="auto"/>
        <w:rPr>
          <w:lang w:val="pl-PL"/>
        </w:rPr>
      </w:pPr>
      <w:r w:rsidRPr="001B0802">
        <w:rPr>
          <w:lang w:val="pl-PL"/>
        </w:rPr>
        <w:t>TRENINGI GRUPOWE</w:t>
      </w:r>
    </w:p>
    <w:p w:rsidR="002C5925" w:rsidRPr="001B0802" w:rsidRDefault="00000000">
      <w:pPr>
        <w:spacing w:after="80" w:line="252" w:lineRule="auto"/>
        <w:rPr>
          <w:lang w:val="pl-PL"/>
        </w:rPr>
      </w:pPr>
      <w:r w:rsidRPr="001B0802">
        <w:rPr>
          <w:lang w:val="pl-PL"/>
        </w:rPr>
        <w:t>Bezpłatne anulowanie jest możliwe do 2 godzin przed rozpoczęciem zajęć.</w:t>
      </w:r>
    </w:p>
    <w:p w:rsidR="002C5925" w:rsidRPr="001B0802" w:rsidRDefault="00000000">
      <w:pPr>
        <w:spacing w:after="80" w:line="252" w:lineRule="auto"/>
        <w:rPr>
          <w:lang w:val="pl-PL"/>
        </w:rPr>
      </w:pPr>
      <w:r w:rsidRPr="001B0802">
        <w:rPr>
          <w:lang w:val="pl-PL"/>
        </w:rPr>
        <w:t>Późne anulowanie lub niepojawienie się na zajęciach skutkuje obowiązkową opłatą w wysokości €16, czyli równowartością pojedynczego wejścia.</w:t>
      </w:r>
    </w:p>
    <w:p w:rsidR="002C5925" w:rsidRPr="001B0802" w:rsidRDefault="00000000">
      <w:pPr>
        <w:spacing w:after="80" w:line="252" w:lineRule="auto"/>
        <w:rPr>
          <w:lang w:val="pl-PL"/>
        </w:rPr>
      </w:pPr>
      <w:r w:rsidRPr="001B0802">
        <w:rPr>
          <w:lang w:val="pl-PL"/>
        </w:rPr>
        <w:t xml:space="preserve">Zasada ta dotyczy wszystkich klientów, w tym osób korzystających z karnetów, pojedynczych wejść oraz członkostwa </w:t>
      </w:r>
      <w:proofErr w:type="spellStart"/>
      <w:r w:rsidRPr="001B0802">
        <w:rPr>
          <w:lang w:val="pl-PL"/>
        </w:rPr>
        <w:t>Unlimited</w:t>
      </w:r>
      <w:proofErr w:type="spellEnd"/>
      <w:r w:rsidRPr="001B0802">
        <w:rPr>
          <w:lang w:val="pl-PL"/>
        </w:rPr>
        <w:t>.</w:t>
      </w:r>
    </w:p>
    <w:p w:rsidR="002C5925" w:rsidRPr="001B0802" w:rsidRDefault="00000000">
      <w:pPr>
        <w:spacing w:after="80" w:line="252" w:lineRule="auto"/>
        <w:rPr>
          <w:lang w:val="pl-PL"/>
        </w:rPr>
      </w:pPr>
      <w:r w:rsidRPr="001B0802">
        <w:rPr>
          <w:lang w:val="pl-PL"/>
        </w:rPr>
        <w:t>W przypadku osób korzystających z karnetów opłata jest naliczana zamiast odejmowania jednego wejścia z karnetu. Opłata ta ma na celu ochronę dostępności miejsc dla innych klientów.</w:t>
      </w:r>
    </w:p>
    <w:p w:rsidR="002C5925" w:rsidRPr="001B0802" w:rsidRDefault="00000000">
      <w:pPr>
        <w:spacing w:after="80" w:line="252" w:lineRule="auto"/>
        <w:rPr>
          <w:lang w:val="pl-PL"/>
        </w:rPr>
      </w:pPr>
      <w:r w:rsidRPr="001B0802">
        <w:rPr>
          <w:lang w:val="pl-PL"/>
        </w:rPr>
        <w:t xml:space="preserve">Ewentualna opłata powinna zostać uregulowana przed kolejną wizytą lub podczas kolejnej wizyty, chyba że Be </w:t>
      </w:r>
      <w:proofErr w:type="spellStart"/>
      <w:r w:rsidRPr="001B0802">
        <w:rPr>
          <w:lang w:val="pl-PL"/>
        </w:rPr>
        <w:t>Strong</w:t>
      </w:r>
      <w:proofErr w:type="spellEnd"/>
      <w:r w:rsidRPr="001B0802">
        <w:rPr>
          <w:lang w:val="pl-PL"/>
        </w:rPr>
        <w:t xml:space="preserve"> Studio uzgodni inaczej.</w:t>
      </w:r>
    </w:p>
    <w:p w:rsidR="002C5925" w:rsidRPr="001B0802" w:rsidRDefault="00000000">
      <w:pPr>
        <w:spacing w:after="80" w:line="252" w:lineRule="auto"/>
        <w:rPr>
          <w:lang w:val="pl-PL"/>
        </w:rPr>
      </w:pPr>
      <w:r w:rsidRPr="001B0802">
        <w:rPr>
          <w:lang w:val="pl-PL"/>
        </w:rPr>
        <w:t>TRENINGI PERSONALNE</w:t>
      </w:r>
    </w:p>
    <w:p w:rsidR="002C5925" w:rsidRPr="001B0802" w:rsidRDefault="00000000">
      <w:pPr>
        <w:spacing w:after="80" w:line="252" w:lineRule="auto"/>
        <w:rPr>
          <w:lang w:val="pl-PL"/>
        </w:rPr>
      </w:pPr>
      <w:r w:rsidRPr="001B0802">
        <w:rPr>
          <w:lang w:val="pl-PL"/>
        </w:rPr>
        <w:t>Trening personalny można anulować bezpłatnie do 24 godzin przed umówioną sesją.</w:t>
      </w:r>
    </w:p>
    <w:p w:rsidR="002C5925" w:rsidRPr="001B0802" w:rsidRDefault="00000000">
      <w:pPr>
        <w:spacing w:after="80" w:line="252" w:lineRule="auto"/>
        <w:rPr>
          <w:lang w:val="pl-PL"/>
        </w:rPr>
      </w:pPr>
      <w:r w:rsidRPr="001B0802">
        <w:rPr>
          <w:lang w:val="pl-PL"/>
        </w:rPr>
        <w:t>Trening anulowany później niż 24 godziny przed terminem jest w pełni płatny.</w:t>
      </w:r>
    </w:p>
    <w:p w:rsidR="002C5925" w:rsidRPr="001B0802" w:rsidRDefault="00000000">
      <w:pPr>
        <w:spacing w:after="80" w:line="252" w:lineRule="auto"/>
        <w:rPr>
          <w:lang w:val="pl-PL"/>
        </w:rPr>
      </w:pPr>
      <w:r w:rsidRPr="001B0802">
        <w:rPr>
          <w:lang w:val="pl-PL"/>
        </w:rPr>
        <w:t>Niepojawienie się na treningu traktowane jest jako zrealizowana sesja.</w:t>
      </w:r>
    </w:p>
    <w:p w:rsidR="002C5925" w:rsidRPr="001B0802" w:rsidRDefault="00000000">
      <w:pPr>
        <w:pStyle w:val="Heading2"/>
        <w:spacing w:after="80" w:line="252" w:lineRule="auto"/>
        <w:rPr>
          <w:lang w:val="pl-PL"/>
        </w:rPr>
      </w:pPr>
      <w:r w:rsidRPr="001B0802">
        <w:rPr>
          <w:lang w:val="pl-PL"/>
        </w:rPr>
        <w:lastRenderedPageBreak/>
        <w:t>8. LISTA REZERWOWA</w:t>
      </w:r>
    </w:p>
    <w:p w:rsidR="002C5925" w:rsidRPr="001B0802" w:rsidRDefault="00000000">
      <w:pPr>
        <w:spacing w:after="80" w:line="252" w:lineRule="auto"/>
        <w:rPr>
          <w:lang w:val="pl-PL"/>
        </w:rPr>
      </w:pPr>
      <w:r w:rsidRPr="001B0802">
        <w:rPr>
          <w:lang w:val="pl-PL"/>
        </w:rPr>
        <w:t>Jeśli zajęcia są pełne, klient może zapisać się na listę rezerwową. W przypadku zwolnienia miejsca pierwsza osoba z listy rezerwowej może zostać automatycznie zapisana na zajęcia i otrzymać powiadomienie.</w:t>
      </w:r>
    </w:p>
    <w:p w:rsidR="002C5925" w:rsidRPr="001B0802" w:rsidRDefault="00000000">
      <w:pPr>
        <w:spacing w:after="80" w:line="252" w:lineRule="auto"/>
        <w:rPr>
          <w:lang w:val="pl-PL"/>
        </w:rPr>
      </w:pPr>
      <w:r w:rsidRPr="001B0802">
        <w:rPr>
          <w:lang w:val="pl-PL"/>
        </w:rPr>
        <w:t>Klient zobowiązany jest samodzielnie sprawdzić status swojej rezerwacji przed zajęciami. Jeśli klient zostanie dodany z listy rezerwowej i nie może przyjść, obowiązuje standardowa polityka anulacji.</w:t>
      </w:r>
    </w:p>
    <w:p w:rsidR="002C5925" w:rsidRPr="001B0802" w:rsidRDefault="00000000">
      <w:pPr>
        <w:pStyle w:val="Heading2"/>
        <w:spacing w:after="80" w:line="252" w:lineRule="auto"/>
        <w:rPr>
          <w:lang w:val="pl-PL"/>
        </w:rPr>
      </w:pPr>
      <w:r w:rsidRPr="001B0802">
        <w:rPr>
          <w:lang w:val="pl-PL"/>
        </w:rPr>
        <w:t>9. DOSTĘP DO STUDIA I SPÓŹNIENIA</w:t>
      </w:r>
    </w:p>
    <w:p w:rsidR="002C5925" w:rsidRPr="001B0802" w:rsidRDefault="00000000">
      <w:pPr>
        <w:spacing w:after="80" w:line="252" w:lineRule="auto"/>
        <w:rPr>
          <w:lang w:val="pl-PL"/>
        </w:rPr>
      </w:pPr>
      <w:r w:rsidRPr="001B0802">
        <w:rPr>
          <w:lang w:val="pl-PL"/>
        </w:rPr>
        <w:t>Zaleca się przybycie kilka minut przed rozpoczęciem zajęć. Spóźnienie może skutkować odmową wejścia na zajęcia ze względów bezpieczeństwa oraz w celu uniknięcia zakłócania treningu.</w:t>
      </w:r>
    </w:p>
    <w:p w:rsidR="002C5925" w:rsidRPr="001B0802" w:rsidRDefault="00000000">
      <w:pPr>
        <w:spacing w:after="80" w:line="252" w:lineRule="auto"/>
        <w:rPr>
          <w:lang w:val="pl-PL"/>
        </w:rPr>
      </w:pPr>
      <w:r w:rsidRPr="001B0802">
        <w:rPr>
          <w:lang w:val="pl-PL"/>
        </w:rPr>
        <w:t>Spóźnienie na trening grupowy nie uprawnia do zwrotu pieniędzy, odzyskania wejścia ani przełożenia zajęć.</w:t>
      </w:r>
    </w:p>
    <w:p w:rsidR="002C5925" w:rsidRPr="001B0802" w:rsidRDefault="00000000">
      <w:pPr>
        <w:spacing w:after="80" w:line="252" w:lineRule="auto"/>
        <w:rPr>
          <w:lang w:val="pl-PL"/>
        </w:rPr>
      </w:pPr>
      <w:r w:rsidRPr="001B0802">
        <w:rPr>
          <w:lang w:val="pl-PL"/>
        </w:rPr>
        <w:t>W przypadku spóźnienia klienta na trening personalny sesja kończy się o pierwotnie ustalonej godzinie i nie podlega przedłużeniu. Opłata za całą sesję pozostaje należna.</w:t>
      </w:r>
    </w:p>
    <w:p w:rsidR="002C5925" w:rsidRPr="001B0802" w:rsidRDefault="00000000">
      <w:pPr>
        <w:pStyle w:val="Heading2"/>
        <w:spacing w:after="80" w:line="252" w:lineRule="auto"/>
        <w:rPr>
          <w:lang w:val="pl-PL"/>
        </w:rPr>
      </w:pPr>
      <w:r w:rsidRPr="001B0802">
        <w:rPr>
          <w:lang w:val="pl-PL"/>
        </w:rPr>
        <w:t>10. UŻYTEK OSOBISTY</w:t>
      </w:r>
    </w:p>
    <w:p w:rsidR="002C5925" w:rsidRPr="001B0802" w:rsidRDefault="00000000">
      <w:pPr>
        <w:spacing w:after="80" w:line="252" w:lineRule="auto"/>
        <w:rPr>
          <w:lang w:val="pl-PL"/>
        </w:rPr>
      </w:pPr>
      <w:r w:rsidRPr="001B0802">
        <w:rPr>
          <w:lang w:val="pl-PL"/>
        </w:rPr>
        <w:t xml:space="preserve">Wszystkie członkostwa, wejścia, karnety i pakiety są imienne, nieprzenoszalne i bezzwrotne, chyba że prawo stanowi inaczej lub Be </w:t>
      </w:r>
      <w:proofErr w:type="spellStart"/>
      <w:r w:rsidRPr="001B0802">
        <w:rPr>
          <w:lang w:val="pl-PL"/>
        </w:rPr>
        <w:t>Strong</w:t>
      </w:r>
      <w:proofErr w:type="spellEnd"/>
      <w:r w:rsidRPr="001B0802">
        <w:rPr>
          <w:lang w:val="pl-PL"/>
        </w:rPr>
        <w:t xml:space="preserve"> Studio pisemnie uzgodni inaczej z klientem.</w:t>
      </w:r>
    </w:p>
    <w:p w:rsidR="002C5925" w:rsidRPr="001B0802" w:rsidRDefault="00000000">
      <w:pPr>
        <w:spacing w:after="80" w:line="252" w:lineRule="auto"/>
        <w:rPr>
          <w:lang w:val="pl-PL"/>
        </w:rPr>
      </w:pPr>
      <w:r w:rsidRPr="001B0802">
        <w:rPr>
          <w:lang w:val="pl-PL"/>
        </w:rPr>
        <w:t>Udostępnianie konta, przekazywanie wejść lub umożliwianie innej osobie korzystania z członkostwa albo pakietu jest zabronione.</w:t>
      </w:r>
    </w:p>
    <w:p w:rsidR="002C5925" w:rsidRPr="001B0802" w:rsidRDefault="00000000">
      <w:pPr>
        <w:pStyle w:val="Heading2"/>
        <w:spacing w:after="80" w:line="252" w:lineRule="auto"/>
        <w:rPr>
          <w:lang w:val="pl-PL"/>
        </w:rPr>
      </w:pPr>
      <w:r w:rsidRPr="001B0802">
        <w:rPr>
          <w:lang w:val="pl-PL"/>
        </w:rPr>
        <w:t>11. ZDROWIE I STAN FIZYCZNY</w:t>
      </w:r>
    </w:p>
    <w:p w:rsidR="002C5925" w:rsidRPr="001B0802" w:rsidRDefault="00000000">
      <w:pPr>
        <w:spacing w:after="80" w:line="252" w:lineRule="auto"/>
        <w:rPr>
          <w:lang w:val="pl-PL"/>
        </w:rPr>
      </w:pPr>
      <w:r w:rsidRPr="001B0802">
        <w:rPr>
          <w:lang w:val="pl-PL"/>
        </w:rPr>
        <w:t>Biorąc udział w treningach lub współpracy treningowej, klient potwierdza, że:</w:t>
      </w:r>
    </w:p>
    <w:p w:rsidR="002C5925" w:rsidRPr="001B0802" w:rsidRDefault="00000000">
      <w:pPr>
        <w:pStyle w:val="ListBullet"/>
        <w:spacing w:after="80" w:line="252" w:lineRule="auto"/>
        <w:rPr>
          <w:lang w:val="pl-PL"/>
        </w:rPr>
      </w:pPr>
      <w:r w:rsidRPr="001B0802">
        <w:rPr>
          <w:lang w:val="pl-PL"/>
        </w:rPr>
        <w:t>jego stan zdrowia pozwala na udział w aktywności fizycznej</w:t>
      </w:r>
    </w:p>
    <w:p w:rsidR="002C5925" w:rsidRPr="001B0802" w:rsidRDefault="00000000">
      <w:pPr>
        <w:pStyle w:val="ListBullet"/>
        <w:spacing w:after="80" w:line="252" w:lineRule="auto"/>
        <w:rPr>
          <w:lang w:val="pl-PL"/>
        </w:rPr>
      </w:pPr>
      <w:r w:rsidRPr="001B0802">
        <w:rPr>
          <w:lang w:val="pl-PL"/>
        </w:rPr>
        <w:t>rozumie ryzyko związane z treningiem fizycznym</w:t>
      </w:r>
    </w:p>
    <w:p w:rsidR="002C5925" w:rsidRPr="001B0802" w:rsidRDefault="00000000">
      <w:pPr>
        <w:pStyle w:val="ListBullet"/>
        <w:spacing w:after="80" w:line="252" w:lineRule="auto"/>
        <w:rPr>
          <w:lang w:val="pl-PL"/>
        </w:rPr>
      </w:pPr>
      <w:r w:rsidRPr="001B0802">
        <w:rPr>
          <w:lang w:val="pl-PL"/>
        </w:rPr>
        <w:t>bierze odpowiedzialność za swój stan zdrowia i kondycję fizyczną</w:t>
      </w:r>
    </w:p>
    <w:p w:rsidR="002C5925" w:rsidRPr="001B0802" w:rsidRDefault="00000000">
      <w:pPr>
        <w:pStyle w:val="ListBullet"/>
        <w:spacing w:after="80" w:line="252" w:lineRule="auto"/>
        <w:rPr>
          <w:lang w:val="pl-PL"/>
        </w:rPr>
      </w:pPr>
      <w:r w:rsidRPr="001B0802">
        <w:rPr>
          <w:lang w:val="pl-PL"/>
        </w:rPr>
        <w:t>przerwie ćwiczenia i poinformuje trenera w przypadku bólu, zawrotów głowy, nietypowego dyskomfortu lub innych niepokojących objawów</w:t>
      </w:r>
    </w:p>
    <w:p w:rsidR="002C5925" w:rsidRPr="001B0802" w:rsidRDefault="00000000">
      <w:pPr>
        <w:spacing w:after="80" w:line="252" w:lineRule="auto"/>
        <w:rPr>
          <w:lang w:val="pl-PL"/>
        </w:rPr>
      </w:pPr>
      <w:r w:rsidRPr="001B0802">
        <w:rPr>
          <w:lang w:val="pl-PL"/>
        </w:rPr>
        <w:t>Klient zobowiązany jest poinformować trenera przed udziałem w zajęciach o istotnych kontuzjach, chorobach, ciąży, schorzeniach, przyjmowanych lekach, ograniczeniach ruchowych lub innych okolicznościach, które mogą wpływać na bezpieczny udział w treningu.</w:t>
      </w:r>
    </w:p>
    <w:p w:rsidR="002C5925" w:rsidRPr="001B0802" w:rsidRDefault="00000000">
      <w:pPr>
        <w:spacing w:after="80" w:line="252" w:lineRule="auto"/>
        <w:rPr>
          <w:lang w:val="pl-PL"/>
        </w:rPr>
      </w:pPr>
      <w:r w:rsidRPr="001B0802">
        <w:rPr>
          <w:lang w:val="pl-PL"/>
        </w:rPr>
        <w:t xml:space="preserve">Udział w zajęciach odbywa się na własne ryzyko klienta. Be </w:t>
      </w:r>
      <w:proofErr w:type="spellStart"/>
      <w:r w:rsidRPr="001B0802">
        <w:rPr>
          <w:lang w:val="pl-PL"/>
        </w:rPr>
        <w:t>Strong</w:t>
      </w:r>
      <w:proofErr w:type="spellEnd"/>
      <w:r w:rsidRPr="001B0802">
        <w:rPr>
          <w:lang w:val="pl-PL"/>
        </w:rPr>
        <w:t xml:space="preserve"> Studio / </w:t>
      </w:r>
      <w:proofErr w:type="spellStart"/>
      <w:r w:rsidRPr="001B0802">
        <w:rPr>
          <w:lang w:val="pl-PL"/>
        </w:rPr>
        <w:t>Sanderka</w:t>
      </w:r>
      <w:proofErr w:type="spellEnd"/>
      <w:r w:rsidRPr="001B0802">
        <w:rPr>
          <w:lang w:val="pl-PL"/>
        </w:rPr>
        <w:t xml:space="preserve"> Training nie ponosi odpowiedzialności za urazy, wypadki, problemy zdrowotne ani szkody wynikające z udziału w treningach, chyba że odpowiedzialności nie można wyłączyć zgodnie z prawem.</w:t>
      </w:r>
    </w:p>
    <w:p w:rsidR="002C5925" w:rsidRPr="001B0802" w:rsidRDefault="00000000">
      <w:pPr>
        <w:spacing w:after="80" w:line="252" w:lineRule="auto"/>
        <w:rPr>
          <w:lang w:val="pl-PL"/>
        </w:rPr>
      </w:pPr>
      <w:r w:rsidRPr="001B0802">
        <w:rPr>
          <w:lang w:val="pl-PL"/>
        </w:rPr>
        <w:t xml:space="preserve">Usługi świadczone przez Be </w:t>
      </w:r>
      <w:proofErr w:type="spellStart"/>
      <w:r w:rsidRPr="001B0802">
        <w:rPr>
          <w:lang w:val="pl-PL"/>
        </w:rPr>
        <w:t>Strong</w:t>
      </w:r>
      <w:proofErr w:type="spellEnd"/>
      <w:r w:rsidRPr="001B0802">
        <w:rPr>
          <w:lang w:val="pl-PL"/>
        </w:rPr>
        <w:t xml:space="preserve"> Studio są usługami fitness i </w:t>
      </w:r>
      <w:proofErr w:type="spellStart"/>
      <w:r w:rsidRPr="001B0802">
        <w:rPr>
          <w:lang w:val="pl-PL"/>
        </w:rPr>
        <w:t>coachingowymi</w:t>
      </w:r>
      <w:proofErr w:type="spellEnd"/>
      <w:r w:rsidRPr="001B0802">
        <w:rPr>
          <w:lang w:val="pl-PL"/>
        </w:rPr>
        <w:t xml:space="preserve"> i nie zastępują porady lekarskiej, diagnozy ani leczenia. W razie wątpliwości dotyczących możliwości ćwiczenia klient powinien skonsultować się z lekarzem.</w:t>
      </w:r>
    </w:p>
    <w:p w:rsidR="002C5925" w:rsidRPr="001B0802" w:rsidRDefault="00000000">
      <w:pPr>
        <w:pStyle w:val="Heading2"/>
        <w:spacing w:after="80" w:line="252" w:lineRule="auto"/>
        <w:rPr>
          <w:lang w:val="pl-PL"/>
        </w:rPr>
      </w:pPr>
      <w:r w:rsidRPr="001B0802">
        <w:rPr>
          <w:lang w:val="pl-PL"/>
        </w:rPr>
        <w:t>12. WSPÓŁPRACA ONLINE, EFEKTY I WŁASNOŚĆ INTELEKTUALNA</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nie gwarantuje osiągnięcia konkretnych rezultatów treningowych, zdrowotnych, sylwetkowych, wagowych ani wydolnościowych. Efekty mogą się różnić i zależą od wielu czynników, w tym zaangażowania klienta, regularności, stanu zdrowia, sposobu żywienia, regeneracji, stylu życia oraz stosowania się do otrzymanych zaleceń.</w:t>
      </w:r>
    </w:p>
    <w:p w:rsidR="002C5925" w:rsidRPr="001B0802" w:rsidRDefault="00000000">
      <w:pPr>
        <w:spacing w:after="80" w:line="252" w:lineRule="auto"/>
        <w:rPr>
          <w:lang w:val="pl-PL"/>
        </w:rPr>
      </w:pPr>
      <w:r w:rsidRPr="001B0802">
        <w:rPr>
          <w:lang w:val="pl-PL"/>
        </w:rPr>
        <w:t xml:space="preserve">Wszystkie plany treningowe, materiały, nagrania wideo, dokumenty i treści online pozostają własnością intelektualną Be </w:t>
      </w:r>
      <w:proofErr w:type="spellStart"/>
      <w:r w:rsidRPr="001B0802">
        <w:rPr>
          <w:lang w:val="pl-PL"/>
        </w:rPr>
        <w:t>Strong</w:t>
      </w:r>
      <w:proofErr w:type="spellEnd"/>
      <w:r w:rsidRPr="001B0802">
        <w:rPr>
          <w:lang w:val="pl-PL"/>
        </w:rPr>
        <w:t xml:space="preserve"> Studio / </w:t>
      </w:r>
      <w:proofErr w:type="spellStart"/>
      <w:r w:rsidRPr="001B0802">
        <w:rPr>
          <w:lang w:val="pl-PL"/>
        </w:rPr>
        <w:t>Sanderka</w:t>
      </w:r>
      <w:proofErr w:type="spellEnd"/>
      <w:r w:rsidRPr="001B0802">
        <w:rPr>
          <w:lang w:val="pl-PL"/>
        </w:rPr>
        <w:t xml:space="preserve"> Training, chyba że pisemnie ustalono inaczej.</w:t>
      </w:r>
    </w:p>
    <w:p w:rsidR="002C5925" w:rsidRDefault="00000000">
      <w:pPr>
        <w:spacing w:after="80" w:line="252" w:lineRule="auto"/>
      </w:pPr>
      <w:proofErr w:type="spellStart"/>
      <w:r>
        <w:t>Zabrania</w:t>
      </w:r>
      <w:proofErr w:type="spellEnd"/>
      <w:r>
        <w:t xml:space="preserve"> </w:t>
      </w:r>
      <w:proofErr w:type="spellStart"/>
      <w:r>
        <w:t>się</w:t>
      </w:r>
      <w:proofErr w:type="spellEnd"/>
      <w:r>
        <w:t>:</w:t>
      </w:r>
    </w:p>
    <w:p w:rsidR="002C5925" w:rsidRDefault="00000000">
      <w:pPr>
        <w:pStyle w:val="ListBullet"/>
        <w:spacing w:after="80" w:line="252" w:lineRule="auto"/>
      </w:pPr>
      <w:r>
        <w:t>udostępniania materiałów osobom trzecim</w:t>
      </w:r>
    </w:p>
    <w:p w:rsidR="002C5925" w:rsidRDefault="00000000">
      <w:pPr>
        <w:pStyle w:val="ListBullet"/>
        <w:spacing w:after="80" w:line="252" w:lineRule="auto"/>
      </w:pPr>
      <w:r>
        <w:t>kopiowania, sprzedaży lub rozpowszechniania programów</w:t>
      </w:r>
    </w:p>
    <w:p w:rsidR="002C5925" w:rsidRPr="001B0802" w:rsidRDefault="00000000">
      <w:pPr>
        <w:pStyle w:val="ListBullet"/>
        <w:spacing w:after="80" w:line="252" w:lineRule="auto"/>
        <w:rPr>
          <w:lang w:val="pl-PL"/>
        </w:rPr>
      </w:pPr>
      <w:r w:rsidRPr="001B0802">
        <w:rPr>
          <w:lang w:val="pl-PL"/>
        </w:rPr>
        <w:t>publikowania lub powielania treści bez zgody</w:t>
      </w:r>
    </w:p>
    <w:p w:rsidR="002C5925" w:rsidRPr="001B0802" w:rsidRDefault="00000000">
      <w:pPr>
        <w:pStyle w:val="ListBullet"/>
        <w:spacing w:after="80" w:line="252" w:lineRule="auto"/>
        <w:rPr>
          <w:lang w:val="pl-PL"/>
        </w:rPr>
      </w:pPr>
      <w:r w:rsidRPr="001B0802">
        <w:rPr>
          <w:lang w:val="pl-PL"/>
        </w:rPr>
        <w:t>wykorzystywania materiałów w celach komercyjnych bez pisemnej zgody</w:t>
      </w:r>
    </w:p>
    <w:p w:rsidR="002C5925" w:rsidRPr="001B0802" w:rsidRDefault="00000000">
      <w:pPr>
        <w:spacing w:after="80" w:line="252" w:lineRule="auto"/>
        <w:rPr>
          <w:lang w:val="pl-PL"/>
        </w:rPr>
      </w:pPr>
      <w:r w:rsidRPr="001B0802">
        <w:rPr>
          <w:lang w:val="pl-PL"/>
        </w:rPr>
        <w:t>Naruszenie tych zasad może skutkować zakończeniem współpracy bez zwrotu kosztów oraz, jeśli będzie to uzasadnione, podjęciem dalszych kroków prawnych.</w:t>
      </w:r>
    </w:p>
    <w:p w:rsidR="002C5925" w:rsidRPr="001B0802" w:rsidRDefault="00000000">
      <w:pPr>
        <w:pStyle w:val="Heading2"/>
        <w:spacing w:after="80" w:line="252" w:lineRule="auto"/>
        <w:rPr>
          <w:lang w:val="pl-PL"/>
        </w:rPr>
      </w:pPr>
      <w:r w:rsidRPr="001B0802">
        <w:rPr>
          <w:lang w:val="pl-PL"/>
        </w:rPr>
        <w:lastRenderedPageBreak/>
        <w:t>13. ZASADY STUDIO I ZACHOWANIE</w:t>
      </w:r>
    </w:p>
    <w:p w:rsidR="002C5925" w:rsidRPr="001B0802" w:rsidRDefault="00000000">
      <w:pPr>
        <w:spacing w:after="80" w:line="252" w:lineRule="auto"/>
        <w:rPr>
          <w:lang w:val="pl-PL"/>
        </w:rPr>
      </w:pPr>
      <w:r w:rsidRPr="001B0802">
        <w:rPr>
          <w:lang w:val="pl-PL"/>
        </w:rPr>
        <w:t>W celu utrzymania bezpiecznej, przyjaznej i profesjonalnej atmosfery klient ma obowiązek:</w:t>
      </w:r>
    </w:p>
    <w:p w:rsidR="002C5925" w:rsidRPr="001B0802" w:rsidRDefault="00000000">
      <w:pPr>
        <w:pStyle w:val="ListBullet"/>
        <w:spacing w:after="80" w:line="252" w:lineRule="auto"/>
        <w:rPr>
          <w:lang w:val="pl-PL"/>
        </w:rPr>
      </w:pPr>
      <w:r w:rsidRPr="001B0802">
        <w:rPr>
          <w:lang w:val="pl-PL"/>
        </w:rPr>
        <w:t>szanować innych uczestników, trenerów i personel</w:t>
      </w:r>
    </w:p>
    <w:p w:rsidR="002C5925" w:rsidRDefault="00000000">
      <w:pPr>
        <w:pStyle w:val="ListBullet"/>
        <w:spacing w:after="80" w:line="252" w:lineRule="auto"/>
      </w:pPr>
      <w:proofErr w:type="spellStart"/>
      <w:r>
        <w:t>czyścić</w:t>
      </w:r>
      <w:proofErr w:type="spellEnd"/>
      <w:r>
        <w:t xml:space="preserve"> </w:t>
      </w:r>
      <w:proofErr w:type="spellStart"/>
      <w:r>
        <w:t>sprzęt</w:t>
      </w:r>
      <w:proofErr w:type="spellEnd"/>
      <w:r>
        <w:t xml:space="preserve"> po </w:t>
      </w:r>
      <w:proofErr w:type="spellStart"/>
      <w:r>
        <w:t>użyciu</w:t>
      </w:r>
      <w:proofErr w:type="spellEnd"/>
    </w:p>
    <w:p w:rsidR="002C5925" w:rsidRPr="001B0802" w:rsidRDefault="00000000">
      <w:pPr>
        <w:pStyle w:val="ListBullet"/>
        <w:spacing w:after="80" w:line="252" w:lineRule="auto"/>
        <w:rPr>
          <w:lang w:val="pl-PL"/>
        </w:rPr>
      </w:pPr>
      <w:r w:rsidRPr="001B0802">
        <w:rPr>
          <w:lang w:val="pl-PL"/>
        </w:rPr>
        <w:t>nosić odpowiedni strój sportowy oraz czyste obuwie sportowe</w:t>
      </w:r>
    </w:p>
    <w:p w:rsidR="002C5925" w:rsidRDefault="00000000">
      <w:pPr>
        <w:pStyle w:val="ListBullet"/>
        <w:spacing w:after="80" w:line="252" w:lineRule="auto"/>
      </w:pPr>
      <w:proofErr w:type="spellStart"/>
      <w:r>
        <w:t>stosować</w:t>
      </w:r>
      <w:proofErr w:type="spellEnd"/>
      <w:r>
        <w:t xml:space="preserve"> </w:t>
      </w:r>
      <w:proofErr w:type="spellStart"/>
      <w:r>
        <w:t>się</w:t>
      </w:r>
      <w:proofErr w:type="spellEnd"/>
      <w:r>
        <w:t xml:space="preserve"> do </w:t>
      </w:r>
      <w:proofErr w:type="spellStart"/>
      <w:r>
        <w:t>zaleceń</w:t>
      </w:r>
      <w:proofErr w:type="spellEnd"/>
      <w:r>
        <w:t xml:space="preserve"> trenera</w:t>
      </w:r>
    </w:p>
    <w:p w:rsidR="002C5925" w:rsidRPr="001B0802" w:rsidRDefault="00000000">
      <w:pPr>
        <w:pStyle w:val="ListBullet"/>
        <w:spacing w:after="80" w:line="252" w:lineRule="auto"/>
        <w:rPr>
          <w:lang w:val="pl-PL"/>
        </w:rPr>
      </w:pPr>
      <w:r w:rsidRPr="001B0802">
        <w:rPr>
          <w:lang w:val="pl-PL"/>
        </w:rPr>
        <w:t>unikać agresywnego, zastraszającego, dyskryminującego lub obraźliwego zachowania</w:t>
      </w:r>
    </w:p>
    <w:p w:rsidR="002C5925" w:rsidRPr="001B0802" w:rsidRDefault="00000000">
      <w:pPr>
        <w:pStyle w:val="ListBullet"/>
        <w:spacing w:after="80" w:line="252" w:lineRule="auto"/>
        <w:rPr>
          <w:lang w:val="pl-PL"/>
        </w:rPr>
      </w:pPr>
      <w:r w:rsidRPr="001B0802">
        <w:rPr>
          <w:lang w:val="pl-PL"/>
        </w:rPr>
        <w:t>nie uczestniczyć w zajęciach pod wpływem alkoholu lub środków odurzających</w:t>
      </w:r>
    </w:p>
    <w:p w:rsidR="002C5925" w:rsidRPr="001B0802" w:rsidRDefault="00000000">
      <w:pPr>
        <w:pStyle w:val="ListBullet"/>
        <w:spacing w:after="80" w:line="252" w:lineRule="auto"/>
        <w:rPr>
          <w:lang w:val="pl-PL"/>
        </w:rPr>
      </w:pPr>
      <w:r w:rsidRPr="001B0802">
        <w:rPr>
          <w:lang w:val="pl-PL"/>
        </w:rPr>
        <w:t>nie fotografować ani nie nagrywać innych uczestników bez ich zgody</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zastrzega sobie prawo do odmowy wejścia, usunięcia klienta z zajęć lub zakończenia członkostwa w przypadku niewłaściwego zachowania, zachowania zagrażającego bezpieczeństwu, powtarzających się naruszeń zasad lub braku płatności.</w:t>
      </w:r>
    </w:p>
    <w:p w:rsidR="002C5925" w:rsidRPr="001B0802" w:rsidRDefault="00000000">
      <w:pPr>
        <w:pStyle w:val="Heading2"/>
        <w:spacing w:after="80" w:line="252" w:lineRule="auto"/>
        <w:rPr>
          <w:lang w:val="pl-PL"/>
        </w:rPr>
      </w:pPr>
      <w:r w:rsidRPr="001B0802">
        <w:rPr>
          <w:lang w:val="pl-PL"/>
        </w:rPr>
        <w:t>14. WIZERUNEK, ZDJĘCIA I SOCIAL MEDIA</w:t>
      </w:r>
    </w:p>
    <w:p w:rsidR="002C5925" w:rsidRPr="001B0802" w:rsidRDefault="00000000">
      <w:pPr>
        <w:spacing w:after="80" w:line="252" w:lineRule="auto"/>
        <w:rPr>
          <w:lang w:val="pl-PL"/>
        </w:rPr>
      </w:pPr>
      <w:r w:rsidRPr="001B0802">
        <w:rPr>
          <w:lang w:val="pl-PL"/>
        </w:rPr>
        <w:t>Podczas zajęć mogą okazjonalnie być wykonywane zdjęcia lub nagrania w celach promocyjnych, edukacyjnych lub do publikacji w mediach społecznościowych.</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nie będzie celowo publikować w celach promocyjnych materiałów, na których klient jest wyraźnie rozpoznawalny, bez jego zgody. Zgoda na wykorzystanie wizerunku klienta jest dobrowolna i może zostać wycofana w dowolnym momencie w odniesieniu do przyszłego wykorzystania materiałów.</w:t>
      </w:r>
    </w:p>
    <w:p w:rsidR="002C5925" w:rsidRPr="001B0802" w:rsidRDefault="00000000">
      <w:pPr>
        <w:spacing w:after="80" w:line="252" w:lineRule="auto"/>
        <w:rPr>
          <w:lang w:val="pl-PL"/>
        </w:rPr>
      </w:pPr>
      <w:r w:rsidRPr="001B0802">
        <w:rPr>
          <w:lang w:val="pl-PL"/>
        </w:rPr>
        <w:t>Klient, który nie chce pojawiać się w żadnych materiałach, powinien poinformować trenera przed zajęciami.</w:t>
      </w:r>
    </w:p>
    <w:p w:rsidR="002C5925" w:rsidRPr="001B0802" w:rsidRDefault="00000000">
      <w:pPr>
        <w:spacing w:after="80" w:line="252" w:lineRule="auto"/>
        <w:rPr>
          <w:lang w:val="pl-PL"/>
        </w:rPr>
      </w:pPr>
      <w:r w:rsidRPr="001B0802">
        <w:rPr>
          <w:lang w:val="pl-PL"/>
        </w:rPr>
        <w:t xml:space="preserve">Klient może w dowolnym momencie wycofać zgodę na przyszłe wykorzystanie swojego wizerunku, kontaktując się z Be </w:t>
      </w:r>
      <w:proofErr w:type="spellStart"/>
      <w:r w:rsidRPr="001B0802">
        <w:rPr>
          <w:lang w:val="pl-PL"/>
        </w:rPr>
        <w:t>Strong</w:t>
      </w:r>
      <w:proofErr w:type="spellEnd"/>
      <w:r w:rsidRPr="001B0802">
        <w:rPr>
          <w:lang w:val="pl-PL"/>
        </w:rPr>
        <w:t xml:space="preserve"> Studio. Wycofanie zgody nie wpływa automatycznie na materiały opublikowane zgodnie z prawem przed otrzymaniem prośby o wycofanie zgody.</w:t>
      </w:r>
    </w:p>
    <w:p w:rsidR="002C5925" w:rsidRPr="001B0802" w:rsidRDefault="00000000">
      <w:pPr>
        <w:pStyle w:val="Heading2"/>
        <w:spacing w:after="80" w:line="252" w:lineRule="auto"/>
        <w:rPr>
          <w:lang w:val="pl-PL"/>
        </w:rPr>
      </w:pPr>
      <w:r w:rsidRPr="001B0802">
        <w:rPr>
          <w:lang w:val="pl-PL"/>
        </w:rPr>
        <w:t>15. DANE OSOBOWE I PRYWATNOŚĆ</w:t>
      </w:r>
    </w:p>
    <w:p w:rsidR="002C5925" w:rsidRPr="001B0802" w:rsidRDefault="00000000">
      <w:pPr>
        <w:spacing w:after="80" w:line="252" w:lineRule="auto"/>
        <w:rPr>
          <w:lang w:val="pl-PL"/>
        </w:rPr>
      </w:pPr>
      <w:r w:rsidRPr="001B0802">
        <w:rPr>
          <w:lang w:val="pl-PL"/>
        </w:rPr>
        <w:t xml:space="preserve">Dane osobowe są przetwarzane zgodnie z obowiązującymi przepisami o ochronie danych osobowych oraz Polityką Prywatności Be </w:t>
      </w:r>
      <w:proofErr w:type="spellStart"/>
      <w:r w:rsidRPr="001B0802">
        <w:rPr>
          <w:lang w:val="pl-PL"/>
        </w:rPr>
        <w:t>Strong</w:t>
      </w:r>
      <w:proofErr w:type="spellEnd"/>
      <w:r w:rsidRPr="001B0802">
        <w:rPr>
          <w:lang w:val="pl-PL"/>
        </w:rPr>
        <w:t xml:space="preserve"> Studio. Może to obejmować dane potrzebne do utworzenia konta, rezerwacji, płatności, komunikacji, współpracy treningowej oraz zapewnienia bezpieczeństwa.</w:t>
      </w:r>
    </w:p>
    <w:p w:rsidR="002C5925" w:rsidRPr="001B0802" w:rsidRDefault="00000000">
      <w:pPr>
        <w:spacing w:after="80" w:line="252" w:lineRule="auto"/>
        <w:rPr>
          <w:lang w:val="pl-PL"/>
        </w:rPr>
      </w:pPr>
      <w:r w:rsidRPr="001B0802">
        <w:rPr>
          <w:lang w:val="pl-PL"/>
        </w:rPr>
        <w:t>Klient powinien zapoznać się z Polityką Prywatności przed utworzeniem konta lub zakupem usług.</w:t>
      </w:r>
    </w:p>
    <w:p w:rsidR="002C5925" w:rsidRPr="001B0802" w:rsidRDefault="00000000">
      <w:pPr>
        <w:pStyle w:val="Heading2"/>
        <w:spacing w:after="80" w:line="252" w:lineRule="auto"/>
        <w:rPr>
          <w:lang w:val="pl-PL"/>
        </w:rPr>
      </w:pPr>
      <w:r w:rsidRPr="001B0802">
        <w:rPr>
          <w:lang w:val="pl-PL"/>
        </w:rPr>
        <w:t>16. OSOBY NIEPEŁNOLETNIE</w:t>
      </w:r>
    </w:p>
    <w:p w:rsidR="002C5925" w:rsidRPr="001B0802" w:rsidRDefault="00000000">
      <w:pPr>
        <w:spacing w:after="80" w:line="252" w:lineRule="auto"/>
        <w:rPr>
          <w:lang w:val="pl-PL"/>
        </w:rPr>
      </w:pPr>
      <w:r w:rsidRPr="001B0802">
        <w:rPr>
          <w:lang w:val="pl-PL"/>
        </w:rPr>
        <w:t xml:space="preserve">Osoby poniżej 18. roku życia mogą brać udział w zajęciach wyłącznie za zgodą rodzica lub opiekuna prawnego. Be </w:t>
      </w:r>
      <w:proofErr w:type="spellStart"/>
      <w:r w:rsidRPr="001B0802">
        <w:rPr>
          <w:lang w:val="pl-PL"/>
        </w:rPr>
        <w:t>Strong</w:t>
      </w:r>
      <w:proofErr w:type="spellEnd"/>
      <w:r w:rsidRPr="001B0802">
        <w:rPr>
          <w:lang w:val="pl-PL"/>
        </w:rPr>
        <w:t xml:space="preserve"> Studio może poprosić o pisemne potwierdzenie takiej zgody.</w:t>
      </w:r>
    </w:p>
    <w:p w:rsidR="002C5925" w:rsidRPr="001B0802" w:rsidRDefault="00000000">
      <w:pPr>
        <w:pStyle w:val="Heading2"/>
        <w:spacing w:after="80" w:line="252" w:lineRule="auto"/>
        <w:rPr>
          <w:lang w:val="pl-PL"/>
        </w:rPr>
      </w:pPr>
      <w:r w:rsidRPr="001B0802">
        <w:rPr>
          <w:lang w:val="pl-PL"/>
        </w:rPr>
        <w:t>17. ODPOWIEDZIALNOŚĆ</w:t>
      </w:r>
    </w:p>
    <w:p w:rsidR="002C5925" w:rsidRPr="001B0802" w:rsidRDefault="00000000">
      <w:pPr>
        <w:spacing w:after="80" w:line="252" w:lineRule="auto"/>
        <w:rPr>
          <w:lang w:val="pl-PL"/>
        </w:rPr>
      </w:pPr>
      <w:r w:rsidRPr="001B0802">
        <w:rPr>
          <w:lang w:val="pl-PL"/>
        </w:rPr>
        <w:t>Udział we wszystkich aktywnościach odbywa się na własne ryzyko klienta.</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 </w:t>
      </w:r>
      <w:proofErr w:type="spellStart"/>
      <w:r w:rsidRPr="001B0802">
        <w:rPr>
          <w:lang w:val="pl-PL"/>
        </w:rPr>
        <w:t>Sanderka</w:t>
      </w:r>
      <w:proofErr w:type="spellEnd"/>
      <w:r w:rsidRPr="001B0802">
        <w:rPr>
          <w:lang w:val="pl-PL"/>
        </w:rPr>
        <w:t xml:space="preserve"> Training nie odpowiada za:</w:t>
      </w:r>
    </w:p>
    <w:p w:rsidR="002C5925" w:rsidRPr="001B0802" w:rsidRDefault="00000000">
      <w:pPr>
        <w:pStyle w:val="ListBullet"/>
        <w:spacing w:after="80" w:line="252" w:lineRule="auto"/>
        <w:rPr>
          <w:lang w:val="pl-PL"/>
        </w:rPr>
      </w:pPr>
      <w:r w:rsidRPr="001B0802">
        <w:rPr>
          <w:lang w:val="pl-PL"/>
        </w:rPr>
        <w:t>urazy osobiste lub problemy zdrowotne, chyba że odpowiedzialności nie można wyłączyć zgodnie z prawem</w:t>
      </w:r>
    </w:p>
    <w:p w:rsidR="002C5925" w:rsidRPr="001B0802" w:rsidRDefault="00000000">
      <w:pPr>
        <w:pStyle w:val="ListBullet"/>
        <w:spacing w:after="80" w:line="252" w:lineRule="auto"/>
        <w:rPr>
          <w:lang w:val="pl-PL"/>
        </w:rPr>
      </w:pPr>
      <w:r w:rsidRPr="001B0802">
        <w:rPr>
          <w:lang w:val="pl-PL"/>
        </w:rPr>
        <w:t>utratę, kradzież lub uszkodzenie rzeczy osobistych</w:t>
      </w:r>
    </w:p>
    <w:p w:rsidR="002C5925" w:rsidRPr="001B0802" w:rsidRDefault="00000000">
      <w:pPr>
        <w:pStyle w:val="ListBullet"/>
        <w:spacing w:after="80" w:line="252" w:lineRule="auto"/>
        <w:rPr>
          <w:lang w:val="pl-PL"/>
        </w:rPr>
      </w:pPr>
      <w:r w:rsidRPr="001B0802">
        <w:rPr>
          <w:lang w:val="pl-PL"/>
        </w:rPr>
        <w:t>problemy techniczne podczas współpracy online lub korzystania z aplikacji</w:t>
      </w:r>
    </w:p>
    <w:p w:rsidR="002C5925" w:rsidRPr="001B0802" w:rsidRDefault="00000000">
      <w:pPr>
        <w:pStyle w:val="ListBullet"/>
        <w:spacing w:after="80" w:line="252" w:lineRule="auto"/>
        <w:rPr>
          <w:lang w:val="pl-PL"/>
        </w:rPr>
      </w:pPr>
      <w:r w:rsidRPr="001B0802">
        <w:rPr>
          <w:lang w:val="pl-PL"/>
        </w:rPr>
        <w:t>szkody wynikające z nieprzestrzegania zaleceń trenera lub zasad studia</w:t>
      </w:r>
    </w:p>
    <w:p w:rsidR="002C5925" w:rsidRPr="001B0802" w:rsidRDefault="00000000">
      <w:pPr>
        <w:spacing w:after="80" w:line="252" w:lineRule="auto"/>
        <w:rPr>
          <w:lang w:val="pl-PL"/>
        </w:rPr>
      </w:pPr>
      <w:r w:rsidRPr="001B0802">
        <w:rPr>
          <w:lang w:val="pl-PL"/>
        </w:rPr>
        <w:t>Żaden zapis niniejszego regulaminu nie wyłącza odpowiedzialności w zakresie, w jakim takie wyłączenie jest niedozwolone przez obowiązujące prawo.</w:t>
      </w:r>
    </w:p>
    <w:p w:rsidR="002C5925" w:rsidRPr="001B0802" w:rsidRDefault="00000000">
      <w:pPr>
        <w:pStyle w:val="Heading2"/>
        <w:spacing w:after="80" w:line="252" w:lineRule="auto"/>
        <w:rPr>
          <w:lang w:val="pl-PL"/>
        </w:rPr>
      </w:pPr>
      <w:r w:rsidRPr="001B0802">
        <w:rPr>
          <w:lang w:val="pl-PL"/>
        </w:rPr>
        <w:t>18. ZMIANY W GRAFIKU</w:t>
      </w:r>
    </w:p>
    <w:p w:rsidR="002C5925" w:rsidRPr="001B0802" w:rsidRDefault="00000000">
      <w:pPr>
        <w:spacing w:after="80" w:line="252" w:lineRule="auto"/>
        <w:rPr>
          <w:lang w:val="pl-PL"/>
        </w:rPr>
      </w:pPr>
      <w:r w:rsidRPr="001B0802">
        <w:rPr>
          <w:lang w:val="pl-PL"/>
        </w:rPr>
        <w:t xml:space="preserve">Be </w:t>
      </w:r>
      <w:proofErr w:type="spellStart"/>
      <w:r w:rsidRPr="001B0802">
        <w:rPr>
          <w:lang w:val="pl-PL"/>
        </w:rPr>
        <w:t>Strong</w:t>
      </w:r>
      <w:proofErr w:type="spellEnd"/>
      <w:r w:rsidRPr="001B0802">
        <w:rPr>
          <w:lang w:val="pl-PL"/>
        </w:rPr>
        <w:t xml:space="preserve"> Studio zastrzega sobie prawo do zmiany grafiku, trenerów, usług, formatu zajęć lub lokalizacji, jeśli będzie to konieczne. W miarę możliwości klienci zostaną poinformowani wcześniej.</w:t>
      </w:r>
    </w:p>
    <w:p w:rsidR="002C5925" w:rsidRPr="001B0802" w:rsidRDefault="00000000">
      <w:pPr>
        <w:pStyle w:val="Heading2"/>
        <w:spacing w:after="80" w:line="252" w:lineRule="auto"/>
        <w:rPr>
          <w:lang w:val="pl-PL"/>
        </w:rPr>
      </w:pPr>
      <w:r w:rsidRPr="001B0802">
        <w:rPr>
          <w:lang w:val="pl-PL"/>
        </w:rPr>
        <w:lastRenderedPageBreak/>
        <w:t>19. PRAWO WŁAŚCIWE</w:t>
      </w:r>
    </w:p>
    <w:p w:rsidR="002C5925" w:rsidRPr="001B0802" w:rsidRDefault="00000000">
      <w:pPr>
        <w:spacing w:after="80" w:line="252" w:lineRule="auto"/>
        <w:rPr>
          <w:lang w:val="pl-PL"/>
        </w:rPr>
      </w:pPr>
      <w:r w:rsidRPr="001B0802">
        <w:rPr>
          <w:lang w:val="pl-PL"/>
        </w:rPr>
        <w:t>Niniejszy regulamin podlega prawu holenderskiemu. Wszelkie spory będą rozstrzygane przez właściwe sądy w Holandii, chyba że obowiązujące przepisy konsumenckie stanowią inaczej.</w:t>
      </w:r>
    </w:p>
    <w:p w:rsidR="002C5925" w:rsidRPr="001B0802" w:rsidRDefault="00000000">
      <w:pPr>
        <w:pStyle w:val="Heading2"/>
        <w:spacing w:after="80" w:line="252" w:lineRule="auto"/>
        <w:rPr>
          <w:lang w:val="pl-PL"/>
        </w:rPr>
      </w:pPr>
      <w:r w:rsidRPr="001B0802">
        <w:rPr>
          <w:lang w:val="pl-PL"/>
        </w:rPr>
        <w:t>20. KONTAKT</w:t>
      </w:r>
    </w:p>
    <w:p w:rsidR="002C5925" w:rsidRPr="001B0802" w:rsidRDefault="00000000">
      <w:pPr>
        <w:spacing w:after="80" w:line="252" w:lineRule="auto"/>
        <w:rPr>
          <w:lang w:val="pl-PL"/>
        </w:rPr>
      </w:pPr>
      <w:r w:rsidRPr="001B0802">
        <w:rPr>
          <w:lang w:val="pl-PL"/>
        </w:rPr>
        <w:t>W razie pytań, potrzeby pomocy lub wypowiedzenia członkostwa prosimy o kontakt:</w:t>
      </w:r>
    </w:p>
    <w:p w:rsidR="005B7045" w:rsidRPr="0037348B" w:rsidRDefault="0037348B">
      <w:pPr>
        <w:spacing w:after="80" w:line="252" w:lineRule="auto"/>
      </w:pPr>
      <w:proofErr w:type="spellStart"/>
      <w:r>
        <w:t>Trenerka</w:t>
      </w:r>
      <w:proofErr w:type="spellEnd"/>
      <w:r>
        <w:t xml:space="preserve"> </w:t>
      </w:r>
      <w:proofErr w:type="spellStart"/>
      <w:r>
        <w:t>Sanderka</w:t>
      </w:r>
      <w:proofErr w:type="spellEnd"/>
    </w:p>
    <w:p w:rsidR="0037348B" w:rsidRPr="0037348B" w:rsidRDefault="0037348B" w:rsidP="0037348B">
      <w:pPr>
        <w:spacing w:after="80" w:line="252" w:lineRule="auto"/>
        <w:rPr>
          <w:lang w:val="en-NL"/>
        </w:rPr>
      </w:pPr>
      <w:r w:rsidRPr="0037348B">
        <w:rPr>
          <w:lang w:val="en-NL"/>
        </w:rPr>
        <w:t>Gagelstraat 80 A5616 RS Eindhoven.</w:t>
      </w:r>
    </w:p>
    <w:p w:rsidR="002C5925" w:rsidRPr="005B7045" w:rsidRDefault="00000000">
      <w:pPr>
        <w:spacing w:after="80" w:line="252" w:lineRule="auto"/>
      </w:pPr>
      <w:r w:rsidRPr="005B7045">
        <w:t>E-mail: studio@sanderka.nl</w:t>
      </w:r>
    </w:p>
    <w:p w:rsidR="002C5925" w:rsidRDefault="00000000">
      <w:pPr>
        <w:spacing w:after="80" w:line="252" w:lineRule="auto"/>
      </w:pPr>
      <w:r>
        <w:t>Instagram: @</w:t>
      </w:r>
      <w:proofErr w:type="gramStart"/>
      <w:r>
        <w:t>trenerka.sanderka</w:t>
      </w:r>
      <w:proofErr w:type="gramEnd"/>
    </w:p>
    <w:p w:rsidR="002C5925" w:rsidRDefault="00000000">
      <w:pPr>
        <w:spacing w:after="80" w:line="252" w:lineRule="auto"/>
      </w:pPr>
      <w:r>
        <w:t>KVK: 90017064</w:t>
      </w:r>
    </w:p>
    <w:sectPr w:rsidR="002C5925" w:rsidSect="00034616">
      <w:headerReference w:type="default" r:id="rId8"/>
      <w:footerReference w:type="default" r:id="rId9"/>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22F" w:rsidRDefault="0068522F">
      <w:pPr>
        <w:spacing w:after="0" w:line="240" w:lineRule="auto"/>
      </w:pPr>
      <w:r>
        <w:separator/>
      </w:r>
    </w:p>
  </w:endnote>
  <w:endnote w:type="continuationSeparator" w:id="0">
    <w:p w:rsidR="0068522F" w:rsidRDefault="0068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25" w:rsidRDefault="00000000">
    <w:pPr>
      <w:pStyle w:val="Footer"/>
      <w:jc w:val="center"/>
    </w:pPr>
    <w:r>
      <w:rPr>
        <w:sz w:val="16"/>
      </w:rPr>
      <w:t>Terms &amp; Conditions / Regulamin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22F" w:rsidRDefault="0068522F">
      <w:pPr>
        <w:spacing w:after="0" w:line="240" w:lineRule="auto"/>
      </w:pPr>
      <w:r>
        <w:separator/>
      </w:r>
    </w:p>
  </w:footnote>
  <w:footnote w:type="continuationSeparator" w:id="0">
    <w:p w:rsidR="0068522F" w:rsidRDefault="00685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25" w:rsidRDefault="00000000">
    <w:pPr>
      <w:pStyle w:val="Header"/>
      <w:jc w:val="center"/>
    </w:pPr>
    <w:r>
      <w:rPr>
        <w:b/>
        <w:sz w:val="16"/>
      </w:rPr>
      <w:t>BE STRONG STUDIO / SANDERKA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655433">
    <w:abstractNumId w:val="8"/>
  </w:num>
  <w:num w:numId="2" w16cid:durableId="1764379381">
    <w:abstractNumId w:val="6"/>
  </w:num>
  <w:num w:numId="3" w16cid:durableId="492572171">
    <w:abstractNumId w:val="5"/>
  </w:num>
  <w:num w:numId="4" w16cid:durableId="691760058">
    <w:abstractNumId w:val="4"/>
  </w:num>
  <w:num w:numId="5" w16cid:durableId="408383696">
    <w:abstractNumId w:val="7"/>
  </w:num>
  <w:num w:numId="6" w16cid:durableId="1567300831">
    <w:abstractNumId w:val="3"/>
  </w:num>
  <w:num w:numId="7" w16cid:durableId="2140950307">
    <w:abstractNumId w:val="2"/>
  </w:num>
  <w:num w:numId="8" w16cid:durableId="672416837">
    <w:abstractNumId w:val="1"/>
  </w:num>
  <w:num w:numId="9" w16cid:durableId="1796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0802"/>
    <w:rsid w:val="00212C49"/>
    <w:rsid w:val="0029639D"/>
    <w:rsid w:val="002B4C94"/>
    <w:rsid w:val="002C5925"/>
    <w:rsid w:val="00326F90"/>
    <w:rsid w:val="0037348B"/>
    <w:rsid w:val="005B7045"/>
    <w:rsid w:val="0068522F"/>
    <w:rsid w:val="009B7A99"/>
    <w:rsid w:val="00AA1D8D"/>
    <w:rsid w:val="00B47730"/>
    <w:rsid w:val="00CB0664"/>
    <w:rsid w:val="00F37E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B411"/>
  <w14:defaultImageDpi w14:val="300"/>
  <w15:docId w15:val="{A17673E1-3FDA-EE43-9BF3-0A77E242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889">
      <w:bodyDiv w:val="1"/>
      <w:marLeft w:val="0"/>
      <w:marRight w:val="0"/>
      <w:marTop w:val="0"/>
      <w:marBottom w:val="0"/>
      <w:divBdr>
        <w:top w:val="none" w:sz="0" w:space="0" w:color="auto"/>
        <w:left w:val="none" w:sz="0" w:space="0" w:color="auto"/>
        <w:bottom w:val="none" w:sz="0" w:space="0" w:color="auto"/>
        <w:right w:val="none" w:sz="0" w:space="0" w:color="auto"/>
      </w:divBdr>
    </w:div>
    <w:div w:id="415127423">
      <w:bodyDiv w:val="1"/>
      <w:marLeft w:val="0"/>
      <w:marRight w:val="0"/>
      <w:marTop w:val="0"/>
      <w:marBottom w:val="0"/>
      <w:divBdr>
        <w:top w:val="none" w:sz="0" w:space="0" w:color="auto"/>
        <w:left w:val="none" w:sz="0" w:space="0" w:color="auto"/>
        <w:bottom w:val="none" w:sz="0" w:space="0" w:color="auto"/>
        <w:right w:val="none" w:sz="0" w:space="0" w:color="auto"/>
      </w:divBdr>
      <w:divsChild>
        <w:div w:id="1341350653">
          <w:marLeft w:val="0"/>
          <w:marRight w:val="0"/>
          <w:marTop w:val="0"/>
          <w:marBottom w:val="0"/>
          <w:divBdr>
            <w:top w:val="none" w:sz="0" w:space="0" w:color="auto"/>
            <w:left w:val="none" w:sz="0" w:space="0" w:color="auto"/>
            <w:bottom w:val="none" w:sz="0" w:space="0" w:color="auto"/>
            <w:right w:val="none" w:sz="0" w:space="0" w:color="auto"/>
          </w:divBdr>
        </w:div>
      </w:divsChild>
    </w:div>
    <w:div w:id="543717890">
      <w:bodyDiv w:val="1"/>
      <w:marLeft w:val="0"/>
      <w:marRight w:val="0"/>
      <w:marTop w:val="0"/>
      <w:marBottom w:val="0"/>
      <w:divBdr>
        <w:top w:val="none" w:sz="0" w:space="0" w:color="auto"/>
        <w:left w:val="none" w:sz="0" w:space="0" w:color="auto"/>
        <w:bottom w:val="none" w:sz="0" w:space="0" w:color="auto"/>
        <w:right w:val="none" w:sz="0" w:space="0" w:color="auto"/>
      </w:divBdr>
    </w:div>
    <w:div w:id="1121998232">
      <w:bodyDiv w:val="1"/>
      <w:marLeft w:val="0"/>
      <w:marRight w:val="0"/>
      <w:marTop w:val="0"/>
      <w:marBottom w:val="0"/>
      <w:divBdr>
        <w:top w:val="none" w:sz="0" w:space="0" w:color="auto"/>
        <w:left w:val="none" w:sz="0" w:space="0" w:color="auto"/>
        <w:bottom w:val="none" w:sz="0" w:space="0" w:color="auto"/>
        <w:right w:val="none" w:sz="0" w:space="0" w:color="auto"/>
      </w:divBdr>
      <w:divsChild>
        <w:div w:id="1713992634">
          <w:marLeft w:val="0"/>
          <w:marRight w:val="0"/>
          <w:marTop w:val="0"/>
          <w:marBottom w:val="0"/>
          <w:divBdr>
            <w:top w:val="none" w:sz="0" w:space="0" w:color="auto"/>
            <w:left w:val="none" w:sz="0" w:space="0" w:color="auto"/>
            <w:bottom w:val="none" w:sz="0" w:space="0" w:color="auto"/>
            <w:right w:val="none" w:sz="0" w:space="0" w:color="auto"/>
          </w:divBdr>
        </w:div>
      </w:divsChild>
    </w:div>
    <w:div w:id="1834450333">
      <w:bodyDiv w:val="1"/>
      <w:marLeft w:val="0"/>
      <w:marRight w:val="0"/>
      <w:marTop w:val="0"/>
      <w:marBottom w:val="0"/>
      <w:divBdr>
        <w:top w:val="none" w:sz="0" w:space="0" w:color="auto"/>
        <w:left w:val="none" w:sz="0" w:space="0" w:color="auto"/>
        <w:bottom w:val="none" w:sz="0" w:space="0" w:color="auto"/>
        <w:right w:val="none" w:sz="0" w:space="0" w:color="auto"/>
      </w:divBdr>
    </w:div>
    <w:div w:id="1920752970">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1016785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3616</Words>
  <Characters>20616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BE STRONG STUDIO Terms and Conditions / Regulamin</vt:lpstr>
    </vt:vector>
  </TitlesOfParts>
  <Manager/>
  <Company/>
  <LinksUpToDate>false</LinksUpToDate>
  <CharactersWithSpaces>24184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STRONG STUDIO Terms and Conditions / Regulamin</dc:title>
  <dc:subject>Corrected bilingual terms and conditions</dc:subject>
  <dc:creator>OpenAI</dc:creator>
  <cp:keywords/>
  <dc:description>Corrected version generated from the provided draft.</dc:description>
  <cp:lastModifiedBy>Filip Płaczek</cp:lastModifiedBy>
  <cp:revision>2</cp:revision>
  <cp:lastPrinted>2026-06-11T20:45:00Z</cp:lastPrinted>
  <dcterms:created xsi:type="dcterms:W3CDTF">2026-06-14T12:54:00Z</dcterms:created>
  <dcterms:modified xsi:type="dcterms:W3CDTF">2026-06-14T12:54:00Z</dcterms:modified>
  <cp:category/>
</cp:coreProperties>
</file>