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0AD" w:rsidRPr="00CF3459" w:rsidRDefault="00000000">
      <w:pPr>
        <w:jc w:val="center"/>
        <w:rPr>
          <w:lang w:val="pl-PL"/>
        </w:rPr>
      </w:pPr>
      <w:r w:rsidRPr="00CF3459">
        <w:rPr>
          <w:rFonts w:ascii="Aptos Display" w:hAnsi="Aptos Display"/>
          <w:b/>
          <w:sz w:val="40"/>
          <w:lang w:val="pl-PL"/>
        </w:rPr>
        <w:t>PRIVACY POLICY / POLITYKA PRYWATNOŚCI</w:t>
      </w:r>
    </w:p>
    <w:p w:rsidR="00F620AD" w:rsidRPr="00CF3459" w:rsidRDefault="00000000">
      <w:pPr>
        <w:jc w:val="center"/>
        <w:rPr>
          <w:lang w:val="pl-PL"/>
        </w:rPr>
      </w:pPr>
      <w:r w:rsidRPr="00CF3459">
        <w:rPr>
          <w:b/>
          <w:sz w:val="24"/>
          <w:lang w:val="pl-PL"/>
        </w:rPr>
        <w:t xml:space="preserve">Trenerka </w:t>
      </w:r>
      <w:proofErr w:type="spellStart"/>
      <w:r w:rsidRPr="00CF3459">
        <w:rPr>
          <w:b/>
          <w:sz w:val="24"/>
          <w:lang w:val="pl-PL"/>
        </w:rPr>
        <w:t>Sanderka</w:t>
      </w:r>
      <w:proofErr w:type="spellEnd"/>
      <w:r w:rsidRPr="00CF3459">
        <w:rPr>
          <w:b/>
          <w:sz w:val="24"/>
          <w:lang w:val="pl-PL"/>
        </w:rPr>
        <w:t xml:space="preserve"> / Be </w:t>
      </w:r>
      <w:proofErr w:type="spellStart"/>
      <w:r w:rsidRPr="00CF3459">
        <w:rPr>
          <w:b/>
          <w:sz w:val="24"/>
          <w:lang w:val="pl-PL"/>
        </w:rPr>
        <w:t>Strong</w:t>
      </w:r>
      <w:proofErr w:type="spellEnd"/>
      <w:r w:rsidRPr="00CF3459">
        <w:rPr>
          <w:b/>
          <w:sz w:val="24"/>
          <w:lang w:val="pl-PL"/>
        </w:rPr>
        <w:t xml:space="preserve"> Studio</w:t>
      </w:r>
    </w:p>
    <w:p w:rsidR="00F620AD" w:rsidRDefault="00000000">
      <w:pPr>
        <w:jc w:val="center"/>
      </w:pPr>
      <w:r>
        <w:rPr>
          <w:i/>
          <w:sz w:val="18"/>
        </w:rPr>
        <w:t xml:space="preserve">Version / </w:t>
      </w:r>
      <w:proofErr w:type="spellStart"/>
      <w:r>
        <w:rPr>
          <w:i/>
          <w:sz w:val="18"/>
        </w:rPr>
        <w:t>Wersja</w:t>
      </w:r>
      <w:proofErr w:type="spellEnd"/>
      <w:r>
        <w:rPr>
          <w:i/>
          <w:sz w:val="18"/>
        </w:rPr>
        <w:t>: 11 June 2026</w:t>
      </w:r>
    </w:p>
    <w:p w:rsidR="00F620AD" w:rsidRDefault="00000000">
      <w:pPr>
        <w:pStyle w:val="Heading1"/>
      </w:pPr>
      <w:r>
        <w:rPr>
          <w:rFonts w:ascii="Aptos Display" w:hAnsi="Aptos Display"/>
        </w:rPr>
        <w:t>Quick information / Najważniejsze informacje</w:t>
      </w:r>
    </w:p>
    <w:tbl>
      <w:tblPr>
        <w:tblStyle w:val="TableGrid"/>
        <w:tblW w:w="0" w:type="auto"/>
        <w:jc w:val="center"/>
        <w:tblLook w:val="04A0" w:firstRow="1" w:lastRow="0" w:firstColumn="1" w:lastColumn="0" w:noHBand="0" w:noVBand="1"/>
      </w:tblPr>
      <w:tblGrid>
        <w:gridCol w:w="4986"/>
        <w:gridCol w:w="4986"/>
      </w:tblGrid>
      <w:tr w:rsidR="00F620AD">
        <w:trPr>
          <w:jc w:val="center"/>
        </w:trPr>
        <w:tc>
          <w:tcPr>
            <w:tcW w:w="4986" w:type="dxa"/>
            <w:shd w:val="clear" w:color="auto" w:fill="EDEDED"/>
          </w:tcPr>
          <w:p w:rsidR="00F620AD" w:rsidRDefault="00000000">
            <w:r>
              <w:rPr>
                <w:b/>
                <w:sz w:val="18"/>
              </w:rPr>
              <w:t>English</w:t>
            </w:r>
          </w:p>
        </w:tc>
        <w:tc>
          <w:tcPr>
            <w:tcW w:w="4986" w:type="dxa"/>
            <w:shd w:val="clear" w:color="auto" w:fill="EDEDED"/>
          </w:tcPr>
          <w:p w:rsidR="00F620AD" w:rsidRDefault="00000000">
            <w:r>
              <w:rPr>
                <w:b/>
                <w:sz w:val="18"/>
              </w:rPr>
              <w:t>Polski</w:t>
            </w:r>
          </w:p>
        </w:tc>
      </w:tr>
      <w:tr w:rsidR="00F620AD">
        <w:trPr>
          <w:jc w:val="center"/>
        </w:trPr>
        <w:tc>
          <w:tcPr>
            <w:tcW w:w="4986" w:type="dxa"/>
          </w:tcPr>
          <w:p w:rsidR="00F620AD" w:rsidRDefault="00000000">
            <w:r>
              <w:rPr>
                <w:sz w:val="18"/>
              </w:rPr>
              <w:t xml:space="preserve">Data controller: </w:t>
            </w:r>
            <w:proofErr w:type="spellStart"/>
            <w:r>
              <w:rPr>
                <w:sz w:val="18"/>
              </w:rPr>
              <w:t>Trenerka</w:t>
            </w:r>
            <w:proofErr w:type="spellEnd"/>
            <w:r>
              <w:rPr>
                <w:sz w:val="18"/>
              </w:rPr>
              <w:t xml:space="preserve"> </w:t>
            </w:r>
            <w:proofErr w:type="spellStart"/>
            <w:r>
              <w:rPr>
                <w:sz w:val="18"/>
              </w:rPr>
              <w:t>Sanderka</w:t>
            </w:r>
            <w:proofErr w:type="spellEnd"/>
            <w:r>
              <w:rPr>
                <w:sz w:val="18"/>
              </w:rPr>
              <w:t xml:space="preserve">, </w:t>
            </w:r>
            <w:proofErr w:type="spellStart"/>
            <w:r>
              <w:rPr>
                <w:sz w:val="18"/>
              </w:rPr>
              <w:t>Beverstraat</w:t>
            </w:r>
            <w:proofErr w:type="spellEnd"/>
            <w:r>
              <w:rPr>
                <w:sz w:val="18"/>
              </w:rPr>
              <w:t xml:space="preserve"> 22, 5701 JP Helmond, the Netherlands.</w:t>
            </w:r>
          </w:p>
        </w:tc>
        <w:tc>
          <w:tcPr>
            <w:tcW w:w="4986" w:type="dxa"/>
          </w:tcPr>
          <w:p w:rsidR="00F620AD" w:rsidRDefault="00000000">
            <w:r>
              <w:rPr>
                <w:sz w:val="18"/>
              </w:rPr>
              <w:t xml:space="preserve">Administrator </w:t>
            </w:r>
            <w:proofErr w:type="spellStart"/>
            <w:r>
              <w:rPr>
                <w:sz w:val="18"/>
              </w:rPr>
              <w:t>danych</w:t>
            </w:r>
            <w:proofErr w:type="spellEnd"/>
            <w:r>
              <w:rPr>
                <w:sz w:val="18"/>
              </w:rPr>
              <w:t xml:space="preserve">: </w:t>
            </w:r>
            <w:proofErr w:type="spellStart"/>
            <w:r>
              <w:rPr>
                <w:sz w:val="18"/>
              </w:rPr>
              <w:t>Trenerka</w:t>
            </w:r>
            <w:proofErr w:type="spellEnd"/>
            <w:r>
              <w:rPr>
                <w:sz w:val="18"/>
              </w:rPr>
              <w:t xml:space="preserve"> </w:t>
            </w:r>
            <w:proofErr w:type="spellStart"/>
            <w:r>
              <w:rPr>
                <w:sz w:val="18"/>
              </w:rPr>
              <w:t>Sanderka</w:t>
            </w:r>
            <w:proofErr w:type="spellEnd"/>
            <w:r>
              <w:rPr>
                <w:sz w:val="18"/>
              </w:rPr>
              <w:t xml:space="preserve">, </w:t>
            </w:r>
            <w:proofErr w:type="spellStart"/>
            <w:r>
              <w:rPr>
                <w:sz w:val="18"/>
              </w:rPr>
              <w:t>Beverstraat</w:t>
            </w:r>
            <w:proofErr w:type="spellEnd"/>
            <w:r>
              <w:rPr>
                <w:sz w:val="18"/>
              </w:rPr>
              <w:t xml:space="preserve"> 22, 5701 JP Helmond, Holandia.</w:t>
            </w:r>
          </w:p>
        </w:tc>
      </w:tr>
      <w:tr w:rsidR="00F620AD">
        <w:trPr>
          <w:jc w:val="center"/>
        </w:trPr>
        <w:tc>
          <w:tcPr>
            <w:tcW w:w="4986" w:type="dxa"/>
          </w:tcPr>
          <w:p w:rsidR="00F620AD" w:rsidRDefault="00000000">
            <w:r>
              <w:rPr>
                <w:sz w:val="18"/>
              </w:rPr>
              <w:t>Contact: studio@sanderka.nl.</w:t>
            </w:r>
          </w:p>
        </w:tc>
        <w:tc>
          <w:tcPr>
            <w:tcW w:w="4986" w:type="dxa"/>
          </w:tcPr>
          <w:p w:rsidR="00F620AD" w:rsidRDefault="00000000">
            <w:r>
              <w:rPr>
                <w:sz w:val="18"/>
              </w:rPr>
              <w:t>Kontakt: studio@sanderka.nl.</w:t>
            </w:r>
          </w:p>
        </w:tc>
      </w:tr>
      <w:tr w:rsidR="00F620AD" w:rsidRPr="00CF3459">
        <w:trPr>
          <w:jc w:val="center"/>
        </w:trPr>
        <w:tc>
          <w:tcPr>
            <w:tcW w:w="4986" w:type="dxa"/>
          </w:tcPr>
          <w:p w:rsidR="00F620AD" w:rsidRDefault="00000000">
            <w:r>
              <w:rPr>
                <w:sz w:val="18"/>
              </w:rPr>
              <w:t>Bookings and payments are handled through Trainin.app.</w:t>
            </w:r>
          </w:p>
        </w:tc>
        <w:tc>
          <w:tcPr>
            <w:tcW w:w="4986" w:type="dxa"/>
          </w:tcPr>
          <w:p w:rsidR="00F620AD" w:rsidRPr="00CF3459" w:rsidRDefault="00000000">
            <w:pPr>
              <w:rPr>
                <w:lang w:val="pl-PL"/>
              </w:rPr>
            </w:pPr>
            <w:r w:rsidRPr="00CF3459">
              <w:rPr>
                <w:sz w:val="18"/>
                <w:lang w:val="pl-PL"/>
              </w:rPr>
              <w:t xml:space="preserve">Rezerwacje i płatności są obsługiwane przez </w:t>
            </w:r>
            <w:proofErr w:type="spellStart"/>
            <w:r w:rsidRPr="00CF3459">
              <w:rPr>
                <w:sz w:val="18"/>
                <w:lang w:val="pl-PL"/>
              </w:rPr>
              <w:t>Trainin.app</w:t>
            </w:r>
            <w:proofErr w:type="spellEnd"/>
            <w:r w:rsidRPr="00CF3459">
              <w:rPr>
                <w:sz w:val="18"/>
                <w:lang w:val="pl-PL"/>
              </w:rPr>
              <w:t>.</w:t>
            </w:r>
          </w:p>
        </w:tc>
      </w:tr>
      <w:tr w:rsidR="00F620AD" w:rsidRPr="00CF3459">
        <w:trPr>
          <w:jc w:val="center"/>
        </w:trPr>
        <w:tc>
          <w:tcPr>
            <w:tcW w:w="4986" w:type="dxa"/>
          </w:tcPr>
          <w:p w:rsidR="00F620AD" w:rsidRDefault="00000000">
            <w:r>
              <w:rPr>
                <w:sz w:val="18"/>
              </w:rPr>
              <w:t>Newsletter will be sent only to clients or users who consent to receive it or where otherwise permitted by law.</w:t>
            </w:r>
          </w:p>
        </w:tc>
        <w:tc>
          <w:tcPr>
            <w:tcW w:w="4986" w:type="dxa"/>
          </w:tcPr>
          <w:p w:rsidR="00F620AD" w:rsidRPr="00CF3459" w:rsidRDefault="00000000">
            <w:pPr>
              <w:rPr>
                <w:lang w:val="pl-PL"/>
              </w:rPr>
            </w:pPr>
            <w:r w:rsidRPr="00CF3459">
              <w:rPr>
                <w:sz w:val="18"/>
                <w:lang w:val="pl-PL"/>
              </w:rPr>
              <w:t>Newsletter będzie wysyłany wyłącznie do klientów lub użytkowników, którzy wyrażą na to zgodę albo gdy zezwala na to prawo.</w:t>
            </w:r>
          </w:p>
        </w:tc>
      </w:tr>
      <w:tr w:rsidR="00F620AD" w:rsidRPr="00CF3459">
        <w:trPr>
          <w:jc w:val="center"/>
        </w:trPr>
        <w:tc>
          <w:tcPr>
            <w:tcW w:w="4986" w:type="dxa"/>
          </w:tcPr>
          <w:p w:rsidR="00F620AD" w:rsidRDefault="00000000">
            <w:r>
              <w:rPr>
                <w:sz w:val="18"/>
              </w:rPr>
              <w:t>Clients can contact us to access, correct, delete or object to the processing of their personal data.</w:t>
            </w:r>
          </w:p>
        </w:tc>
        <w:tc>
          <w:tcPr>
            <w:tcW w:w="4986" w:type="dxa"/>
          </w:tcPr>
          <w:p w:rsidR="00F620AD" w:rsidRPr="00CF3459" w:rsidRDefault="00000000">
            <w:pPr>
              <w:rPr>
                <w:lang w:val="pl-PL"/>
              </w:rPr>
            </w:pPr>
            <w:r w:rsidRPr="00CF3459">
              <w:rPr>
                <w:sz w:val="18"/>
                <w:lang w:val="pl-PL"/>
              </w:rPr>
              <w:t>Klienci mogą skontaktować się z nami, aby uzyskać dostęp do danych, sprostować je, usunąć albo sprzeciwić się ich przetwarzaniu.</w:t>
            </w:r>
          </w:p>
        </w:tc>
      </w:tr>
    </w:tbl>
    <w:p w:rsidR="00F620AD" w:rsidRDefault="00000000">
      <w:pPr>
        <w:pStyle w:val="Heading1"/>
      </w:pPr>
      <w:r>
        <w:rPr>
          <w:rFonts w:ascii="Aptos Display" w:hAnsi="Aptos Display"/>
        </w:rPr>
        <w:t>PRIVACY POLICY</w:t>
      </w:r>
    </w:p>
    <w:p w:rsidR="00F620AD" w:rsidRDefault="00000000">
      <w:pPr>
        <w:spacing w:after="120"/>
      </w:pPr>
      <w:r>
        <w:t>This Privacy Policy explains how Trenerka Sanderka / Be Strong Studio collects, uses, stores and protects personal data in connection with its website, app-related services, bookings, payments, group classes, personal training, online coaching, hybrid coaching, workshops, events, communication and newsletter.</w:t>
      </w:r>
    </w:p>
    <w:p w:rsidR="00F620AD" w:rsidRDefault="00000000">
      <w:pPr>
        <w:spacing w:after="120"/>
      </w:pPr>
      <w:r>
        <w:t>This document is intended for clients, prospective clients, website visitors, newsletter subscribers and other people who contact or use the services of Trenerka Sanderka / Be Strong Studio.</w:t>
      </w:r>
    </w:p>
    <w:p w:rsidR="00F620AD" w:rsidRDefault="00000000">
      <w:pPr>
        <w:pStyle w:val="Heading2"/>
      </w:pPr>
      <w:r>
        <w:rPr>
          <w:rFonts w:ascii="Aptos Display" w:hAnsi="Aptos Display"/>
        </w:rPr>
        <w:t>1. Who we are</w:t>
      </w:r>
    </w:p>
    <w:p w:rsidR="00F620AD" w:rsidRDefault="00000000">
      <w:pPr>
        <w:pStyle w:val="ListBullet"/>
      </w:pPr>
      <w:r>
        <w:t xml:space="preserve">The data controller is </w:t>
      </w:r>
      <w:proofErr w:type="spellStart"/>
      <w:r>
        <w:t>Trenerka</w:t>
      </w:r>
      <w:proofErr w:type="spellEnd"/>
      <w:r>
        <w:t xml:space="preserve"> </w:t>
      </w:r>
      <w:proofErr w:type="spellStart"/>
      <w:r>
        <w:t>Sanderka</w:t>
      </w:r>
      <w:proofErr w:type="spellEnd"/>
      <w:r>
        <w:t>.</w:t>
      </w:r>
    </w:p>
    <w:p w:rsidR="00F620AD" w:rsidRDefault="00000000">
      <w:pPr>
        <w:pStyle w:val="ListBullet"/>
      </w:pPr>
      <w:r>
        <w:t>Business address: Beverstraat 22, 5701 JP Helmond, the Netherlands.</w:t>
      </w:r>
    </w:p>
    <w:p w:rsidR="00F620AD" w:rsidRDefault="00000000">
      <w:pPr>
        <w:pStyle w:val="ListBullet"/>
      </w:pPr>
      <w:r>
        <w:t>Email: studio@sanderka.nl.</w:t>
      </w:r>
    </w:p>
    <w:p w:rsidR="00F620AD" w:rsidRDefault="00000000">
      <w:pPr>
        <w:pStyle w:val="ListBullet"/>
      </w:pPr>
      <w:r>
        <w:t>KVK number: 90017064.</w:t>
      </w:r>
    </w:p>
    <w:p w:rsidR="00F620AD" w:rsidRDefault="00000000">
      <w:pPr>
        <w:pStyle w:val="Heading2"/>
      </w:pPr>
      <w:r>
        <w:rPr>
          <w:rFonts w:ascii="Aptos Display" w:hAnsi="Aptos Display"/>
        </w:rPr>
        <w:t>2. What personal data we collect</w:t>
      </w:r>
    </w:p>
    <w:p w:rsidR="00F620AD" w:rsidRDefault="00000000">
      <w:pPr>
        <w:pStyle w:val="ListBullet"/>
      </w:pPr>
      <w:r>
        <w:t>Identification and contact details, such as first name, last name, email address, phone number and, where relevant, address details.</w:t>
      </w:r>
    </w:p>
    <w:p w:rsidR="00F620AD" w:rsidRDefault="00000000">
      <w:pPr>
        <w:pStyle w:val="ListBullet"/>
      </w:pPr>
      <w:r>
        <w:t>Account, booking and membership data, such as login/account information, class bookings, waitlist status, cancellations, no-shows, memberships, class packs, personal training packages and attendance history.</w:t>
      </w:r>
    </w:p>
    <w:p w:rsidR="00F620AD" w:rsidRDefault="00000000">
      <w:pPr>
        <w:pStyle w:val="ListBullet"/>
      </w:pPr>
      <w:r>
        <w:t>Payment and transaction data, such as payment status, invoices, order details, payment method information and transaction references. Payments and bookings are handled through Trainin.app.</w:t>
      </w:r>
    </w:p>
    <w:p w:rsidR="00F620AD" w:rsidRDefault="00000000">
      <w:pPr>
        <w:pStyle w:val="ListBullet"/>
      </w:pPr>
      <w:r>
        <w:t>Communication data, such as emails, app messages, questions, feedback, support requests and cancellation requests.</w:t>
      </w:r>
    </w:p>
    <w:p w:rsidR="00F620AD" w:rsidRDefault="00000000">
      <w:pPr>
        <w:pStyle w:val="ListBullet"/>
      </w:pPr>
      <w:r>
        <w:t>Fitness and coaching information, such as goals, progress, training preferences, check-ins, measurements voluntarily provided by the client, nutrition or lifestyle information voluntarily provided by the client, and information needed to provide online or hybrid coaching.</w:t>
      </w:r>
    </w:p>
    <w:p w:rsidR="00F620AD" w:rsidRDefault="00000000">
      <w:pPr>
        <w:pStyle w:val="ListBullet"/>
      </w:pPr>
      <w:r>
        <w:t>Health-related information voluntarily provided by the client, such as injuries, pregnancy, medical conditions, medication, limitations or other safety-relevant information.</w:t>
      </w:r>
    </w:p>
    <w:p w:rsidR="00F620AD" w:rsidRDefault="00000000">
      <w:pPr>
        <w:pStyle w:val="ListBullet"/>
      </w:pPr>
      <w:r>
        <w:lastRenderedPageBreak/>
        <w:t>Media data, such as photos or videos taken during classes or events, where this is permitted and/or consent has been obtained when required.</w:t>
      </w:r>
    </w:p>
    <w:p w:rsidR="00F620AD" w:rsidRDefault="00000000">
      <w:pPr>
        <w:pStyle w:val="ListBullet"/>
      </w:pPr>
      <w:r>
        <w:t>Technical and website data, such as IP address, device/browser information, website usage data and cookies, where applicable.</w:t>
      </w:r>
    </w:p>
    <w:p w:rsidR="00F620AD" w:rsidRDefault="00000000">
      <w:pPr>
        <w:pStyle w:val="Heading2"/>
      </w:pPr>
      <w:r>
        <w:rPr>
          <w:rFonts w:ascii="Aptos Display" w:hAnsi="Aptos Display"/>
        </w:rPr>
        <w:t>3. Why we use personal data</w:t>
      </w:r>
    </w:p>
    <w:p w:rsidR="00F620AD" w:rsidRDefault="00000000">
      <w:pPr>
        <w:pStyle w:val="ListBullet"/>
      </w:pPr>
      <w:r>
        <w:t>To create and manage client accounts.</w:t>
      </w:r>
    </w:p>
    <w:p w:rsidR="00F620AD" w:rsidRDefault="00000000">
      <w:pPr>
        <w:pStyle w:val="ListBullet"/>
      </w:pPr>
      <w:r>
        <w:t>To manage bookings, waitlists, cancellations, memberships and packages.</w:t>
      </w:r>
    </w:p>
    <w:p w:rsidR="00F620AD" w:rsidRDefault="00000000">
      <w:pPr>
        <w:pStyle w:val="ListBullet"/>
      </w:pPr>
      <w:r>
        <w:t>To process payments and administer invoices or payment records.</w:t>
      </w:r>
    </w:p>
    <w:p w:rsidR="00F620AD" w:rsidRDefault="00000000">
      <w:pPr>
        <w:pStyle w:val="ListBullet"/>
      </w:pPr>
      <w:r>
        <w:t>To provide group classes, personal training, online coaching, hybrid coaching, workshops and events.</w:t>
      </w:r>
    </w:p>
    <w:p w:rsidR="00F620AD" w:rsidRDefault="00000000">
      <w:pPr>
        <w:pStyle w:val="ListBullet"/>
      </w:pPr>
      <w:r>
        <w:t>To communicate about bookings, payments, schedule changes, service updates, safety information and client support.</w:t>
      </w:r>
    </w:p>
    <w:p w:rsidR="00F620AD" w:rsidRDefault="00000000">
      <w:pPr>
        <w:pStyle w:val="ListBullet"/>
      </w:pPr>
      <w:r>
        <w:t>To adapt training or coaching services to the client’s needs, goals and safety where relevant.</w:t>
      </w:r>
    </w:p>
    <w:p w:rsidR="00F620AD" w:rsidRDefault="00000000">
      <w:pPr>
        <w:pStyle w:val="ListBullet"/>
      </w:pPr>
      <w:r>
        <w:t>To comply with legal, tax and administrative obligations.</w:t>
      </w:r>
    </w:p>
    <w:p w:rsidR="00F620AD" w:rsidRDefault="00000000">
      <w:pPr>
        <w:pStyle w:val="ListBullet"/>
      </w:pPr>
      <w:r>
        <w:t>To protect the safety, rights and legitimate interests of Be Strong Studio, clients, trainers and other participants.</w:t>
      </w:r>
    </w:p>
    <w:p w:rsidR="00F620AD" w:rsidRDefault="00000000">
      <w:pPr>
        <w:pStyle w:val="ListBullet"/>
      </w:pPr>
      <w:r>
        <w:t>To send newsletters, promotions or marketing communication where the client has consented or where this is otherwise permitted by law.</w:t>
      </w:r>
    </w:p>
    <w:p w:rsidR="00F620AD" w:rsidRDefault="00000000">
      <w:pPr>
        <w:pStyle w:val="ListBullet"/>
      </w:pPr>
      <w:r>
        <w:t>To create and publish promotional, educational or social media content only where this is permitted and/or consent has been obtained when required.</w:t>
      </w:r>
    </w:p>
    <w:p w:rsidR="00F620AD" w:rsidRDefault="00000000">
      <w:pPr>
        <w:pStyle w:val="Heading2"/>
      </w:pPr>
      <w:r>
        <w:rPr>
          <w:rFonts w:ascii="Aptos Display" w:hAnsi="Aptos Display"/>
        </w:rPr>
        <w:t>4. Legal bases for processing</w:t>
      </w:r>
    </w:p>
    <w:p w:rsidR="00F620AD" w:rsidRDefault="00000000">
      <w:pPr>
        <w:pStyle w:val="ListBullet"/>
      </w:pPr>
      <w:r>
        <w:t>Performance of a contract: to provide booked services, memberships, packages, online coaching, payments and client support.</w:t>
      </w:r>
    </w:p>
    <w:p w:rsidR="00F620AD" w:rsidRDefault="00000000">
      <w:pPr>
        <w:pStyle w:val="ListBullet"/>
      </w:pPr>
      <w:r>
        <w:t>Legal obligation: to comply with tax, accounting and other legal obligations.</w:t>
      </w:r>
    </w:p>
    <w:p w:rsidR="00F620AD" w:rsidRDefault="00000000">
      <w:pPr>
        <w:pStyle w:val="ListBullet"/>
      </w:pPr>
      <w:r>
        <w:t>Consent: for newsletters, certain marketing communication, certain uses of photos/videos and, where required, health-related information voluntarily provided by the client.</w:t>
      </w:r>
    </w:p>
    <w:p w:rsidR="00F620AD" w:rsidRDefault="00000000">
      <w:pPr>
        <w:pStyle w:val="ListBullet"/>
      </w:pPr>
      <w:r>
        <w:t>Legitimate interest: to run and protect the business, improve services, manage administration, prevent misuse, communicate about service-related matters and handle disputes or complaints.</w:t>
      </w:r>
    </w:p>
    <w:p w:rsidR="00F620AD" w:rsidRDefault="00000000">
      <w:pPr>
        <w:pStyle w:val="ListBullet"/>
      </w:pPr>
      <w:r>
        <w:t>Vital or safety-related interests may apply in exceptional situations where information is needed to protect someone’s health or safety.</w:t>
      </w:r>
    </w:p>
    <w:p w:rsidR="00F620AD" w:rsidRDefault="00000000">
      <w:pPr>
        <w:pStyle w:val="Heading2"/>
      </w:pPr>
      <w:r>
        <w:rPr>
          <w:rFonts w:ascii="Aptos Display" w:hAnsi="Aptos Display"/>
        </w:rPr>
        <w:t>5. Health-related information</w:t>
      </w:r>
    </w:p>
    <w:p w:rsidR="00F620AD" w:rsidRDefault="00000000">
      <w:pPr>
        <w:pStyle w:val="ListBullet"/>
      </w:pPr>
      <w:r>
        <w:t>Because fitness services may involve physical risks, clients may be asked to provide information that is relevant for safe participation, such as injuries, pregnancy, medical conditions, medication or physical limitations.</w:t>
      </w:r>
    </w:p>
    <w:p w:rsidR="00F620AD" w:rsidRDefault="00000000">
      <w:pPr>
        <w:pStyle w:val="ListBullet"/>
      </w:pPr>
      <w:r>
        <w:t>Clients should only provide health-related information that is necessary and relevant for safe training or coaching.</w:t>
      </w:r>
    </w:p>
    <w:p w:rsidR="00F620AD" w:rsidRDefault="00000000">
      <w:pPr>
        <w:pStyle w:val="ListBullet"/>
      </w:pPr>
      <w:r>
        <w:t>Health-related information is treated confidentially and is used only for safety, training adaptation and coaching purposes.</w:t>
      </w:r>
    </w:p>
    <w:p w:rsidR="00F620AD" w:rsidRDefault="00000000">
      <w:pPr>
        <w:pStyle w:val="ListBullet"/>
      </w:pPr>
      <w:r>
        <w:t>Be Strong Studio does not provide medical advice, diagnosis or treatment. Clients should consult a medical professional where appropriate.</w:t>
      </w:r>
    </w:p>
    <w:p w:rsidR="00F620AD" w:rsidRDefault="00000000">
      <w:pPr>
        <w:pStyle w:val="Heading2"/>
      </w:pPr>
      <w:r>
        <w:rPr>
          <w:rFonts w:ascii="Aptos Display" w:hAnsi="Aptos Display"/>
        </w:rPr>
        <w:t>6. Trainin.app, payments and third-party services</w:t>
      </w:r>
    </w:p>
    <w:p w:rsidR="00F620AD" w:rsidRDefault="00000000">
      <w:pPr>
        <w:pStyle w:val="ListBullet"/>
      </w:pPr>
      <w:r>
        <w:t>Bookings, memberships and payments are handled through Trainin.app. When clients create an account, book services or make payments through Trainin.app, Trainin.app may process personal data as an external service provider and/or as described in its own privacy policy.</w:t>
      </w:r>
    </w:p>
    <w:p w:rsidR="00F620AD" w:rsidRDefault="00000000">
      <w:pPr>
        <w:pStyle w:val="ListBullet"/>
      </w:pPr>
      <w:r>
        <w:t>Trainin.app and payment service providers may process data such as account details, bookings, payment status, transaction references and communication related to the app or payment process.</w:t>
      </w:r>
    </w:p>
    <w:p w:rsidR="00F620AD" w:rsidRDefault="00000000">
      <w:pPr>
        <w:pStyle w:val="ListBullet"/>
      </w:pPr>
      <w:r>
        <w:lastRenderedPageBreak/>
        <w:t>Be Strong Studio is not responsible for the independent privacy practices of third-party platforms. Clients are advised to read the privacy policy of Trainin.app and any payment providers used within the app.</w:t>
      </w:r>
    </w:p>
    <w:p w:rsidR="00F620AD" w:rsidRDefault="00000000">
      <w:pPr>
        <w:pStyle w:val="Heading2"/>
      </w:pPr>
      <w:r>
        <w:rPr>
          <w:rFonts w:ascii="Aptos Display" w:hAnsi="Aptos Display"/>
        </w:rPr>
        <w:t>7. Newsletter and marketing</w:t>
      </w:r>
    </w:p>
    <w:p w:rsidR="00F620AD" w:rsidRDefault="00000000">
      <w:pPr>
        <w:pStyle w:val="ListBullet"/>
      </w:pPr>
      <w:r>
        <w:t>Clients and website/app users may subscribe to the newsletter or receive marketing communication where they have given consent or where this is otherwise permitted by law.</w:t>
      </w:r>
    </w:p>
    <w:p w:rsidR="00F620AD" w:rsidRDefault="00000000">
      <w:pPr>
        <w:pStyle w:val="ListBullet"/>
      </w:pPr>
      <w:r>
        <w:t>The newsletter may include information about classes, workshops, events, offers, schedule updates, studio news and fitness-related content.</w:t>
      </w:r>
    </w:p>
    <w:p w:rsidR="00F620AD" w:rsidRDefault="00000000">
      <w:pPr>
        <w:pStyle w:val="ListBullet"/>
      </w:pPr>
      <w:r>
        <w:t>Every marketing email will include a way to unsubscribe or clients may unsubscribe by contacting studio@sanderka.nl.</w:t>
      </w:r>
    </w:p>
    <w:p w:rsidR="00F620AD" w:rsidRDefault="00000000">
      <w:pPr>
        <w:pStyle w:val="ListBullet"/>
      </w:pPr>
      <w:r>
        <w:t>Unsubscribing from marketing communication does not affect necessary service-related communication about bookings, payments, memberships or safety.</w:t>
      </w:r>
    </w:p>
    <w:p w:rsidR="00F620AD" w:rsidRDefault="00000000">
      <w:pPr>
        <w:pStyle w:val="Heading2"/>
      </w:pPr>
      <w:r>
        <w:rPr>
          <w:rFonts w:ascii="Aptos Display" w:hAnsi="Aptos Display"/>
        </w:rPr>
        <w:t>8. Photos, videos and social media</w:t>
      </w:r>
    </w:p>
    <w:p w:rsidR="00F620AD" w:rsidRDefault="00000000">
      <w:pPr>
        <w:pStyle w:val="ListBullet"/>
      </w:pPr>
      <w:r>
        <w:t>Photos and videos may occasionally be taken during classes, events or studio activities for promotional, educational or social media purposes.</w:t>
      </w:r>
    </w:p>
    <w:p w:rsidR="00F620AD" w:rsidRDefault="00000000">
      <w:pPr>
        <w:pStyle w:val="ListBullet"/>
      </w:pPr>
      <w:r>
        <w:t>Be Strong Studio will not intentionally publish clearly identifiable images of clients for promotional purposes without consent where consent is required.</w:t>
      </w:r>
    </w:p>
    <w:p w:rsidR="00F620AD" w:rsidRDefault="00000000">
      <w:pPr>
        <w:pStyle w:val="ListBullet"/>
      </w:pPr>
      <w:r>
        <w:t>Consent for the use of a client’s image is voluntary and may be withdrawn at any time for future use by contacting studio@sanderka.nl.</w:t>
      </w:r>
    </w:p>
    <w:p w:rsidR="00F620AD" w:rsidRDefault="00000000">
      <w:pPr>
        <w:pStyle w:val="ListBullet"/>
      </w:pPr>
      <w:r>
        <w:t>Withdrawal of consent does not automatically affect materials that were lawfully published before the withdrawal request was received.</w:t>
      </w:r>
    </w:p>
    <w:p w:rsidR="00F620AD" w:rsidRDefault="00000000">
      <w:pPr>
        <w:pStyle w:val="Heading2"/>
      </w:pPr>
      <w:r>
        <w:rPr>
          <w:rFonts w:ascii="Aptos Display" w:hAnsi="Aptos Display"/>
        </w:rPr>
        <w:t>9. Sharing personal data</w:t>
      </w:r>
    </w:p>
    <w:p w:rsidR="00F620AD" w:rsidRDefault="00000000">
      <w:pPr>
        <w:pStyle w:val="ListBullet"/>
      </w:pPr>
      <w:r>
        <w:t>Personal data may be shared only where necessary with service providers such as Trainin.app, payment processors, accounting software/providers, IT hosting providers, email/newsletter tools, website providers, legal or accounting advisers and public authorities where required by law.</w:t>
      </w:r>
    </w:p>
    <w:p w:rsidR="00F620AD" w:rsidRDefault="00000000">
      <w:pPr>
        <w:pStyle w:val="ListBullet"/>
      </w:pPr>
      <w:r>
        <w:t>Be Strong Studio does not sell personal data to third parties.</w:t>
      </w:r>
    </w:p>
    <w:p w:rsidR="00F620AD" w:rsidRDefault="00000000">
      <w:pPr>
        <w:pStyle w:val="ListBullet"/>
      </w:pPr>
      <w:r>
        <w:t>Where service providers process personal data on behalf of Be Strong Studio, appropriate arrangements should be in place where required by GDPR.</w:t>
      </w:r>
    </w:p>
    <w:p w:rsidR="00F620AD" w:rsidRDefault="00000000">
      <w:pPr>
        <w:pStyle w:val="Heading2"/>
      </w:pPr>
      <w:r>
        <w:rPr>
          <w:rFonts w:ascii="Aptos Display" w:hAnsi="Aptos Display"/>
        </w:rPr>
        <w:t>10. International transfers</w:t>
      </w:r>
    </w:p>
    <w:p w:rsidR="00F620AD" w:rsidRDefault="00000000">
      <w:pPr>
        <w:pStyle w:val="ListBullet"/>
      </w:pPr>
      <w:r>
        <w:t>Where personal data is processed outside the European Economic Area, Be Strong Studio will take reasonable steps to ensure that appropriate safeguards are used where required by GDPR, such as adequacy decisions, standard contractual clauses or other legally accepted safeguards.</w:t>
      </w:r>
    </w:p>
    <w:p w:rsidR="00F620AD" w:rsidRDefault="00000000">
      <w:pPr>
        <w:pStyle w:val="Heading2"/>
      </w:pPr>
      <w:r>
        <w:rPr>
          <w:rFonts w:ascii="Aptos Display" w:hAnsi="Aptos Display"/>
        </w:rPr>
        <w:t>11. How long we keep personal data</w:t>
      </w:r>
    </w:p>
    <w:p w:rsidR="00F620AD" w:rsidRDefault="00000000">
      <w:pPr>
        <w:pStyle w:val="ListBullet"/>
      </w:pPr>
      <w:r>
        <w:t>Personal data is kept only for as long as necessary for the purposes described in this Privacy Policy, unless a longer retention period is required or permitted by law.</w:t>
      </w:r>
    </w:p>
    <w:p w:rsidR="00F620AD" w:rsidRDefault="00000000">
      <w:pPr>
        <w:pStyle w:val="ListBullet"/>
      </w:pPr>
      <w:r>
        <w:t>Booking, membership and communication data are generally kept for as long as needed to provide services and handle administration, questions, complaints or disputes.</w:t>
      </w:r>
    </w:p>
    <w:p w:rsidR="00F620AD" w:rsidRDefault="00000000">
      <w:pPr>
        <w:pStyle w:val="ListBullet"/>
      </w:pPr>
      <w:r>
        <w:t>Financial and invoice-related data may be kept for the period required by Dutch tax and accounting rules.</w:t>
      </w:r>
    </w:p>
    <w:p w:rsidR="00F620AD" w:rsidRDefault="00000000">
      <w:pPr>
        <w:pStyle w:val="ListBullet"/>
      </w:pPr>
      <w:r>
        <w:t>Newsletter data is kept until the person unsubscribes or the newsletter service is discontinued.</w:t>
      </w:r>
    </w:p>
    <w:p w:rsidR="00F620AD" w:rsidRDefault="00000000">
      <w:pPr>
        <w:pStyle w:val="ListBullet"/>
      </w:pPr>
      <w:r>
        <w:t>Health-related and coaching information is kept only as long as reasonably necessary for safety, coaching and service purposes, unless a longer period is required to handle a dispute, claim or legal obligation.</w:t>
      </w:r>
    </w:p>
    <w:p w:rsidR="00F620AD" w:rsidRDefault="00000000">
      <w:pPr>
        <w:pStyle w:val="Heading2"/>
      </w:pPr>
      <w:r>
        <w:rPr>
          <w:rFonts w:ascii="Aptos Display" w:hAnsi="Aptos Display"/>
        </w:rPr>
        <w:lastRenderedPageBreak/>
        <w:t>12. Security</w:t>
      </w:r>
    </w:p>
    <w:p w:rsidR="00F620AD" w:rsidRDefault="00000000">
      <w:pPr>
        <w:pStyle w:val="ListBullet"/>
      </w:pPr>
      <w:r>
        <w:t>Be Strong Studio takes reasonable technical and organisational measures to protect personal data against loss, misuse, unauthorised access, disclosure or alteration.</w:t>
      </w:r>
    </w:p>
    <w:p w:rsidR="00F620AD" w:rsidRDefault="00000000">
      <w:pPr>
        <w:pStyle w:val="ListBullet"/>
      </w:pPr>
      <w:r>
        <w:t>Access to personal data is limited to people who need it for the purposes described in this Privacy Policy.</w:t>
      </w:r>
    </w:p>
    <w:p w:rsidR="00F620AD" w:rsidRDefault="00000000">
      <w:pPr>
        <w:pStyle w:val="ListBullet"/>
      </w:pPr>
      <w:r>
        <w:t>No system can be guaranteed to be completely secure. Clients are responsible for keeping their own account login details safe.</w:t>
      </w:r>
    </w:p>
    <w:p w:rsidR="00F620AD" w:rsidRDefault="00000000">
      <w:pPr>
        <w:pStyle w:val="Heading2"/>
      </w:pPr>
      <w:r>
        <w:rPr>
          <w:rFonts w:ascii="Aptos Display" w:hAnsi="Aptos Display"/>
        </w:rPr>
        <w:t>13. Client rights</w:t>
      </w:r>
    </w:p>
    <w:p w:rsidR="00F620AD" w:rsidRDefault="00000000">
      <w:pPr>
        <w:pStyle w:val="ListBullet"/>
      </w:pPr>
      <w:r>
        <w:t>Under GDPR, clients may have the right to request access to their personal data, correction of inaccurate data, deletion of data, restriction of processing, objection to processing, data portability and withdrawal of consent where processing is based on consent.</w:t>
      </w:r>
    </w:p>
    <w:p w:rsidR="00F620AD" w:rsidRDefault="00000000">
      <w:pPr>
        <w:pStyle w:val="ListBullet"/>
      </w:pPr>
      <w:r>
        <w:t>To exercise these rights, clients can contact studio@sanderka.nl.</w:t>
      </w:r>
    </w:p>
    <w:p w:rsidR="00F620AD" w:rsidRDefault="00000000">
      <w:pPr>
        <w:pStyle w:val="ListBullet"/>
      </w:pPr>
      <w:r>
        <w:t>Be Strong Studio may ask for information to verify the identity of the person making the request.</w:t>
      </w:r>
    </w:p>
    <w:p w:rsidR="00F620AD" w:rsidRDefault="00000000">
      <w:pPr>
        <w:pStyle w:val="ListBullet"/>
      </w:pPr>
      <w:r>
        <w:t>Clients also have the right to lodge a complaint with the Dutch Data Protection Authority, Autoriteit Persoonsgegevens.</w:t>
      </w:r>
    </w:p>
    <w:p w:rsidR="00F620AD" w:rsidRDefault="00000000">
      <w:pPr>
        <w:pStyle w:val="Heading2"/>
      </w:pPr>
      <w:r>
        <w:rPr>
          <w:rFonts w:ascii="Aptos Display" w:hAnsi="Aptos Display"/>
        </w:rPr>
        <w:t>14. Cookies and website data</w:t>
      </w:r>
    </w:p>
    <w:p w:rsidR="00F620AD" w:rsidRDefault="00000000">
      <w:pPr>
        <w:pStyle w:val="ListBullet"/>
      </w:pPr>
      <w:r>
        <w:t>If the website uses cookies or similar technologies, these may be used for website functionality, analytics, security or marketing purposes, depending on the website setup.</w:t>
      </w:r>
    </w:p>
    <w:p w:rsidR="00F620AD" w:rsidRDefault="00000000">
      <w:pPr>
        <w:pStyle w:val="ListBullet"/>
      </w:pPr>
      <w:r>
        <w:t>Where required by law, visitors will be informed about cookies and asked for consent before non-essential cookies are placed.</w:t>
      </w:r>
    </w:p>
    <w:p w:rsidR="00F620AD" w:rsidRDefault="00000000">
      <w:pPr>
        <w:pStyle w:val="ListBullet"/>
      </w:pPr>
      <w:r>
        <w:t>If a separate Cookie Policy is used, it should be read together with this Privacy Policy.</w:t>
      </w:r>
    </w:p>
    <w:p w:rsidR="00F620AD" w:rsidRDefault="00000000">
      <w:pPr>
        <w:pStyle w:val="Heading2"/>
      </w:pPr>
      <w:r>
        <w:rPr>
          <w:rFonts w:ascii="Aptos Display" w:hAnsi="Aptos Display"/>
        </w:rPr>
        <w:t>15. Changes to this Privacy Policy</w:t>
      </w:r>
    </w:p>
    <w:p w:rsidR="00F620AD" w:rsidRDefault="00000000">
      <w:pPr>
        <w:pStyle w:val="ListBullet"/>
      </w:pPr>
      <w:r>
        <w:t>Be Strong Studio may update this Privacy Policy when necessary, for example due to changes in services, legal requirements, apps or payment systems.</w:t>
      </w:r>
    </w:p>
    <w:p w:rsidR="00F620AD" w:rsidRDefault="00000000">
      <w:pPr>
        <w:pStyle w:val="ListBullet"/>
      </w:pPr>
      <w:r>
        <w:t>The latest version will be made available through the website, app or another suitable communication channel.</w:t>
      </w:r>
    </w:p>
    <w:p w:rsidR="00F620AD" w:rsidRDefault="00000000">
      <w:pPr>
        <w:pStyle w:val="Heading2"/>
      </w:pPr>
      <w:r>
        <w:rPr>
          <w:rFonts w:ascii="Aptos Display" w:hAnsi="Aptos Display"/>
        </w:rPr>
        <w:t>16. Contact</w:t>
      </w:r>
    </w:p>
    <w:p w:rsidR="00F620AD" w:rsidRDefault="00000000">
      <w:pPr>
        <w:pStyle w:val="ListBullet"/>
      </w:pPr>
      <w:r>
        <w:t>For questions about this Privacy Policy or personal data, please contact:</w:t>
      </w:r>
    </w:p>
    <w:p w:rsidR="00F620AD" w:rsidRDefault="00000000">
      <w:pPr>
        <w:pStyle w:val="ListBullet"/>
      </w:pPr>
      <w:r>
        <w:t>Trenerka Sanderka / Be Strong Studio</w:t>
      </w:r>
    </w:p>
    <w:p w:rsidR="00F620AD" w:rsidRDefault="00000000">
      <w:pPr>
        <w:pStyle w:val="ListBullet"/>
      </w:pPr>
      <w:r>
        <w:t>Beverstraat 22, 5701 JP Helmond, the Netherlands</w:t>
      </w:r>
    </w:p>
    <w:p w:rsidR="00F620AD" w:rsidRDefault="00000000">
      <w:pPr>
        <w:pStyle w:val="ListBullet"/>
      </w:pPr>
      <w:r>
        <w:t>Email: studio@sanderka.nl</w:t>
      </w:r>
    </w:p>
    <w:p w:rsidR="00F620AD" w:rsidRDefault="00000000">
      <w:pPr>
        <w:pStyle w:val="ListBullet"/>
      </w:pPr>
      <w:r>
        <w:t>KVK number: 90017064</w:t>
      </w:r>
    </w:p>
    <w:p w:rsidR="00F620AD" w:rsidRDefault="00000000">
      <w:pPr>
        <w:pStyle w:val="Heading1"/>
      </w:pPr>
      <w:r>
        <w:rPr>
          <w:rFonts w:ascii="Aptos Display" w:hAnsi="Aptos Display"/>
        </w:rPr>
        <w:t>POLITYKA PRYWATNOŚCI</w:t>
      </w:r>
    </w:p>
    <w:p w:rsidR="00F620AD" w:rsidRPr="00CF3459" w:rsidRDefault="00000000">
      <w:pPr>
        <w:spacing w:after="120"/>
        <w:rPr>
          <w:lang w:val="pl-PL"/>
        </w:rPr>
      </w:pPr>
      <w:r w:rsidRPr="00CF3459">
        <w:rPr>
          <w:lang w:val="pl-PL"/>
        </w:rPr>
        <w:t xml:space="preserve">Niniejsza Polityka Prywatności wyjaśnia, w jaki sposób Trenerka </w:t>
      </w:r>
      <w:proofErr w:type="spellStart"/>
      <w:r w:rsidRPr="00CF3459">
        <w:rPr>
          <w:lang w:val="pl-PL"/>
        </w:rPr>
        <w:t>Sanderka</w:t>
      </w:r>
      <w:proofErr w:type="spellEnd"/>
      <w:r w:rsidRPr="00CF3459">
        <w:rPr>
          <w:lang w:val="pl-PL"/>
        </w:rPr>
        <w:t>, wykorzystuje, przechowuje i chroni dane osobowe w związku ze stroną internetową, usługami powiązanymi z aplikacją, rezerwacjami, płatnościami, treningami grupowymi, treningami personalnymi, współpracą online, współpracą hybrydową, warsztatami, wydarzeniami, komunikacją oraz newsletterem.</w:t>
      </w:r>
    </w:p>
    <w:p w:rsidR="00F620AD" w:rsidRPr="00CF3459" w:rsidRDefault="00000000">
      <w:pPr>
        <w:spacing w:after="120"/>
        <w:rPr>
          <w:lang w:val="pl-PL"/>
        </w:rPr>
      </w:pPr>
      <w:r w:rsidRPr="00CF3459">
        <w:rPr>
          <w:lang w:val="pl-PL"/>
        </w:rPr>
        <w:t xml:space="preserve">Dokument jest przeznaczony dla klientów, potencjalnych klientów, odwiedzających stronę internetową, subskrybentów </w:t>
      </w:r>
      <w:proofErr w:type="spellStart"/>
      <w:r w:rsidRPr="00CF3459">
        <w:rPr>
          <w:lang w:val="pl-PL"/>
        </w:rPr>
        <w:t>newslettera</w:t>
      </w:r>
      <w:proofErr w:type="spellEnd"/>
      <w:r w:rsidRPr="00CF3459">
        <w:rPr>
          <w:lang w:val="pl-PL"/>
        </w:rPr>
        <w:t xml:space="preserve"> oraz innych osób, które kontaktują się z Trenerka </w:t>
      </w:r>
      <w:proofErr w:type="spellStart"/>
      <w:r w:rsidRPr="00CF3459">
        <w:rPr>
          <w:lang w:val="pl-PL"/>
        </w:rPr>
        <w:t>Sanderka</w:t>
      </w:r>
      <w:proofErr w:type="spellEnd"/>
      <w:r w:rsidRPr="00CF3459">
        <w:rPr>
          <w:lang w:val="pl-PL"/>
        </w:rPr>
        <w:t xml:space="preserve"> lub korzystają z usług.</w:t>
      </w:r>
    </w:p>
    <w:p w:rsidR="00F620AD" w:rsidRDefault="00000000">
      <w:pPr>
        <w:pStyle w:val="Heading2"/>
      </w:pPr>
      <w:r>
        <w:rPr>
          <w:rFonts w:ascii="Aptos Display" w:hAnsi="Aptos Display"/>
        </w:rPr>
        <w:t>1. Kim jesteśmy</w:t>
      </w:r>
    </w:p>
    <w:p w:rsidR="00F620AD" w:rsidRPr="00CF3459" w:rsidRDefault="00000000">
      <w:pPr>
        <w:pStyle w:val="ListBullet"/>
        <w:rPr>
          <w:lang w:val="pl-PL"/>
        </w:rPr>
      </w:pPr>
      <w:r w:rsidRPr="00CF3459">
        <w:rPr>
          <w:lang w:val="pl-PL"/>
        </w:rPr>
        <w:t xml:space="preserve">Administratorem danych osobowych jest Trenerka </w:t>
      </w:r>
      <w:proofErr w:type="spellStart"/>
      <w:r w:rsidRPr="00CF3459">
        <w:rPr>
          <w:lang w:val="pl-PL"/>
        </w:rPr>
        <w:t>Sanderka</w:t>
      </w:r>
      <w:proofErr w:type="spellEnd"/>
      <w:r w:rsidRPr="00CF3459">
        <w:rPr>
          <w:lang w:val="pl-PL"/>
        </w:rPr>
        <w:t>.</w:t>
      </w:r>
    </w:p>
    <w:p w:rsidR="00F620AD" w:rsidRPr="00CF3459" w:rsidRDefault="00000000">
      <w:pPr>
        <w:pStyle w:val="ListBullet"/>
        <w:rPr>
          <w:lang w:val="pl-PL"/>
        </w:rPr>
      </w:pPr>
      <w:r w:rsidRPr="00CF3459">
        <w:rPr>
          <w:lang w:val="pl-PL"/>
        </w:rPr>
        <w:t xml:space="preserve">Adres działalności: </w:t>
      </w:r>
      <w:proofErr w:type="spellStart"/>
      <w:r w:rsidRPr="00CF3459">
        <w:rPr>
          <w:lang w:val="pl-PL"/>
        </w:rPr>
        <w:t>Beverstraat</w:t>
      </w:r>
      <w:proofErr w:type="spellEnd"/>
      <w:r w:rsidRPr="00CF3459">
        <w:rPr>
          <w:lang w:val="pl-PL"/>
        </w:rPr>
        <w:t xml:space="preserve"> 22, 5701 JP </w:t>
      </w:r>
      <w:proofErr w:type="spellStart"/>
      <w:r w:rsidRPr="00CF3459">
        <w:rPr>
          <w:lang w:val="pl-PL"/>
        </w:rPr>
        <w:t>Helmond</w:t>
      </w:r>
      <w:proofErr w:type="spellEnd"/>
      <w:r w:rsidRPr="00CF3459">
        <w:rPr>
          <w:lang w:val="pl-PL"/>
        </w:rPr>
        <w:t>, Holandia.</w:t>
      </w:r>
    </w:p>
    <w:p w:rsidR="00F620AD" w:rsidRDefault="00000000">
      <w:pPr>
        <w:pStyle w:val="ListBullet"/>
      </w:pPr>
      <w:r>
        <w:lastRenderedPageBreak/>
        <w:t>E-mail: studio@sanderka.nl.</w:t>
      </w:r>
    </w:p>
    <w:p w:rsidR="00F620AD" w:rsidRDefault="00000000">
      <w:pPr>
        <w:pStyle w:val="ListBullet"/>
      </w:pPr>
      <w:r>
        <w:t>Numer KVK: 90017064.</w:t>
      </w:r>
    </w:p>
    <w:p w:rsidR="00F620AD" w:rsidRDefault="00000000">
      <w:pPr>
        <w:pStyle w:val="Heading2"/>
      </w:pPr>
      <w:r>
        <w:rPr>
          <w:rFonts w:ascii="Aptos Display" w:hAnsi="Aptos Display"/>
        </w:rPr>
        <w:t>2. Jakie dane osobowe zbieramy</w:t>
      </w:r>
    </w:p>
    <w:p w:rsidR="00F620AD" w:rsidRPr="00CF3459" w:rsidRDefault="00000000">
      <w:pPr>
        <w:pStyle w:val="ListBullet"/>
        <w:rPr>
          <w:lang w:val="pl-PL"/>
        </w:rPr>
      </w:pPr>
      <w:r w:rsidRPr="00CF3459">
        <w:rPr>
          <w:lang w:val="pl-PL"/>
        </w:rPr>
        <w:t>Dane identyfikacyjne i kontaktowe, takie jak imię, nazwisko, adres e-mail, numer telefonu oraz, jeśli ma to zastosowanie, dane adresowe.</w:t>
      </w:r>
    </w:p>
    <w:p w:rsidR="00F620AD" w:rsidRPr="00CF3459" w:rsidRDefault="00000000">
      <w:pPr>
        <w:pStyle w:val="ListBullet"/>
        <w:rPr>
          <w:lang w:val="pl-PL"/>
        </w:rPr>
      </w:pPr>
      <w:r w:rsidRPr="00CF3459">
        <w:rPr>
          <w:lang w:val="pl-PL"/>
        </w:rPr>
        <w:t>Dane konta, rezerwacji i członkostwa, takie jak informacje o koncie, rezerwacje zajęć, status listy rezerwowej, anulacje, nieobecności, członkostwa, karnety, pakiety treningów personalnych oraz historia obecności.</w:t>
      </w:r>
    </w:p>
    <w:p w:rsidR="00F620AD" w:rsidRDefault="00000000">
      <w:pPr>
        <w:pStyle w:val="ListBullet"/>
      </w:pPr>
      <w:r w:rsidRPr="00CF3459">
        <w:rPr>
          <w:lang w:val="pl-PL"/>
        </w:rPr>
        <w:t xml:space="preserve">Dane płatnicze i transakcyjne, takie jak status płatności, faktury, szczegóły zamówienia, informacje o metodzie płatności oraz referencje transakcji. </w:t>
      </w:r>
      <w:proofErr w:type="spellStart"/>
      <w:r>
        <w:t>Rezerwacje</w:t>
      </w:r>
      <w:proofErr w:type="spellEnd"/>
      <w:r>
        <w:t xml:space="preserve"> </w:t>
      </w:r>
      <w:proofErr w:type="spellStart"/>
      <w:r>
        <w:t>i</w:t>
      </w:r>
      <w:proofErr w:type="spellEnd"/>
      <w:r>
        <w:t xml:space="preserve"> </w:t>
      </w:r>
      <w:proofErr w:type="spellStart"/>
      <w:r>
        <w:t>płatności</w:t>
      </w:r>
      <w:proofErr w:type="spellEnd"/>
      <w:r>
        <w:t xml:space="preserve"> </w:t>
      </w:r>
      <w:proofErr w:type="spellStart"/>
      <w:r>
        <w:t>są</w:t>
      </w:r>
      <w:proofErr w:type="spellEnd"/>
      <w:r>
        <w:t xml:space="preserve"> obsługiwane przez Trainin.app.</w:t>
      </w:r>
    </w:p>
    <w:p w:rsidR="00F620AD" w:rsidRPr="00CF3459" w:rsidRDefault="00000000">
      <w:pPr>
        <w:pStyle w:val="ListBullet"/>
        <w:rPr>
          <w:lang w:val="pl-PL"/>
        </w:rPr>
      </w:pPr>
      <w:r w:rsidRPr="00CF3459">
        <w:rPr>
          <w:lang w:val="pl-PL"/>
        </w:rPr>
        <w:t>Dane komunikacyjne, takie jak wiadomości e-mail, wiadomości w aplikacji, pytania, opinie, prośby o pomoc i wypowiedzenia.</w:t>
      </w:r>
    </w:p>
    <w:p w:rsidR="00F620AD" w:rsidRPr="00CF3459" w:rsidRDefault="00000000">
      <w:pPr>
        <w:pStyle w:val="ListBullet"/>
        <w:rPr>
          <w:lang w:val="pl-PL"/>
        </w:rPr>
      </w:pPr>
      <w:r w:rsidRPr="00CF3459">
        <w:rPr>
          <w:lang w:val="pl-PL"/>
        </w:rPr>
        <w:t xml:space="preserve">Informacje dotyczące treningu i współpracy </w:t>
      </w:r>
      <w:proofErr w:type="spellStart"/>
      <w:r w:rsidRPr="00CF3459">
        <w:rPr>
          <w:lang w:val="pl-PL"/>
        </w:rPr>
        <w:t>coachingowej</w:t>
      </w:r>
      <w:proofErr w:type="spellEnd"/>
      <w:r w:rsidRPr="00CF3459">
        <w:rPr>
          <w:lang w:val="pl-PL"/>
        </w:rPr>
        <w:t xml:space="preserve">, takie jak cele, postępy, preferencje treningowe, </w:t>
      </w:r>
      <w:proofErr w:type="spellStart"/>
      <w:r w:rsidRPr="00CF3459">
        <w:rPr>
          <w:lang w:val="pl-PL"/>
        </w:rPr>
        <w:t>check-iny</w:t>
      </w:r>
      <w:proofErr w:type="spellEnd"/>
      <w:r w:rsidRPr="00CF3459">
        <w:rPr>
          <w:lang w:val="pl-PL"/>
        </w:rPr>
        <w:t>, pomiary dobrowolnie przekazane przez klienta, informacje żywieniowe lub dotyczące stylu życia dobrowolnie przekazane przez klienta oraz informacje potrzebne do prowadzenia współpracy online lub hybrydowej.</w:t>
      </w:r>
    </w:p>
    <w:p w:rsidR="00F620AD" w:rsidRPr="00CF3459" w:rsidRDefault="00000000">
      <w:pPr>
        <w:pStyle w:val="ListBullet"/>
        <w:rPr>
          <w:lang w:val="pl-PL"/>
        </w:rPr>
      </w:pPr>
      <w:r w:rsidRPr="00CF3459">
        <w:rPr>
          <w:lang w:val="pl-PL"/>
        </w:rPr>
        <w:t>Informacje dotyczące zdrowia dobrowolnie przekazane przez klienta, takie jak kontuzje, ciąża, schorzenia, przyjmowane leki, ograniczenia ruchowe lub inne informacje istotne dla bezpieczeństwa.</w:t>
      </w:r>
    </w:p>
    <w:p w:rsidR="00F620AD" w:rsidRPr="00CF3459" w:rsidRDefault="00000000">
      <w:pPr>
        <w:pStyle w:val="ListBullet"/>
        <w:rPr>
          <w:lang w:val="pl-PL"/>
        </w:rPr>
      </w:pPr>
      <w:r w:rsidRPr="00CF3459">
        <w:rPr>
          <w:lang w:val="pl-PL"/>
        </w:rPr>
        <w:t>Dane medialne, takie jak zdjęcia lub nagrania wideo wykonane podczas zajęć lub wydarzeń, jeśli jest to dozwolone i/lub uzyskano wymaganą zgodę.</w:t>
      </w:r>
    </w:p>
    <w:p w:rsidR="00F620AD" w:rsidRPr="00CF3459" w:rsidRDefault="00000000">
      <w:pPr>
        <w:pStyle w:val="ListBullet"/>
        <w:rPr>
          <w:lang w:val="pl-PL"/>
        </w:rPr>
      </w:pPr>
      <w:r w:rsidRPr="00CF3459">
        <w:rPr>
          <w:lang w:val="pl-PL"/>
        </w:rPr>
        <w:t xml:space="preserve">Dane techniczne i dane dotyczące strony internetowej, takie jak adres IP, informacje o urządzeniu/przeglądarce, dane dotyczące korzystania ze strony oraz pliki </w:t>
      </w:r>
      <w:proofErr w:type="spellStart"/>
      <w:r w:rsidRPr="00CF3459">
        <w:rPr>
          <w:lang w:val="pl-PL"/>
        </w:rPr>
        <w:t>cookies</w:t>
      </w:r>
      <w:proofErr w:type="spellEnd"/>
      <w:r w:rsidRPr="00CF3459">
        <w:rPr>
          <w:lang w:val="pl-PL"/>
        </w:rPr>
        <w:t>, jeśli mają zastosowanie.</w:t>
      </w:r>
    </w:p>
    <w:p w:rsidR="00F620AD" w:rsidRPr="00CF3459" w:rsidRDefault="00000000">
      <w:pPr>
        <w:pStyle w:val="Heading2"/>
        <w:rPr>
          <w:lang w:val="pl-PL"/>
        </w:rPr>
      </w:pPr>
      <w:r w:rsidRPr="00CF3459">
        <w:rPr>
          <w:rFonts w:ascii="Aptos Display" w:hAnsi="Aptos Display"/>
          <w:lang w:val="pl-PL"/>
        </w:rPr>
        <w:t>3. W jakim celu wykorzystujemy dane osobowe</w:t>
      </w:r>
    </w:p>
    <w:p w:rsidR="00F620AD" w:rsidRPr="00CF3459" w:rsidRDefault="00000000">
      <w:pPr>
        <w:pStyle w:val="ListBullet"/>
        <w:rPr>
          <w:lang w:val="pl-PL"/>
        </w:rPr>
      </w:pPr>
      <w:r w:rsidRPr="00CF3459">
        <w:rPr>
          <w:lang w:val="pl-PL"/>
        </w:rPr>
        <w:t>Do tworzenia i zarządzania kontami klientów.</w:t>
      </w:r>
    </w:p>
    <w:p w:rsidR="00F620AD" w:rsidRPr="00CF3459" w:rsidRDefault="00000000">
      <w:pPr>
        <w:pStyle w:val="ListBullet"/>
        <w:rPr>
          <w:lang w:val="pl-PL"/>
        </w:rPr>
      </w:pPr>
      <w:r w:rsidRPr="00CF3459">
        <w:rPr>
          <w:lang w:val="pl-PL"/>
        </w:rPr>
        <w:t>Do obsługi rezerwacji, list rezerwowych, anulacji, członkostw i pakietów.</w:t>
      </w:r>
    </w:p>
    <w:p w:rsidR="00F620AD" w:rsidRPr="00CF3459" w:rsidRDefault="00000000">
      <w:pPr>
        <w:pStyle w:val="ListBullet"/>
        <w:rPr>
          <w:lang w:val="pl-PL"/>
        </w:rPr>
      </w:pPr>
      <w:r w:rsidRPr="00CF3459">
        <w:rPr>
          <w:lang w:val="pl-PL"/>
        </w:rPr>
        <w:t>Do przetwarzania płatności oraz prowadzenia faktur i dokumentacji płatniczej.</w:t>
      </w:r>
    </w:p>
    <w:p w:rsidR="00F620AD" w:rsidRPr="00CF3459" w:rsidRDefault="00000000">
      <w:pPr>
        <w:pStyle w:val="ListBullet"/>
        <w:rPr>
          <w:lang w:val="pl-PL"/>
        </w:rPr>
      </w:pPr>
      <w:r w:rsidRPr="00CF3459">
        <w:rPr>
          <w:lang w:val="pl-PL"/>
        </w:rPr>
        <w:t>Do świadczenia treningów grupowych, treningów personalnych, współpracy online, współpracy hybrydowej, warsztatów i wydarzeń.</w:t>
      </w:r>
    </w:p>
    <w:p w:rsidR="00F620AD" w:rsidRPr="00CF3459" w:rsidRDefault="00000000">
      <w:pPr>
        <w:pStyle w:val="ListBullet"/>
        <w:rPr>
          <w:lang w:val="pl-PL"/>
        </w:rPr>
      </w:pPr>
      <w:r w:rsidRPr="00CF3459">
        <w:rPr>
          <w:lang w:val="pl-PL"/>
        </w:rPr>
        <w:t>Do komunikacji dotyczącej rezerwacji, płatności, zmian w grafiku, aktualizacji usług, informacji bezpieczeństwa i obsługi klienta.</w:t>
      </w:r>
    </w:p>
    <w:p w:rsidR="00F620AD" w:rsidRPr="00CF3459" w:rsidRDefault="00000000">
      <w:pPr>
        <w:pStyle w:val="ListBullet"/>
        <w:rPr>
          <w:lang w:val="pl-PL"/>
        </w:rPr>
      </w:pPr>
      <w:r w:rsidRPr="00CF3459">
        <w:rPr>
          <w:lang w:val="pl-PL"/>
        </w:rPr>
        <w:t xml:space="preserve">Do dostosowania treningów lub współpracy </w:t>
      </w:r>
      <w:proofErr w:type="spellStart"/>
      <w:r w:rsidRPr="00CF3459">
        <w:rPr>
          <w:lang w:val="pl-PL"/>
        </w:rPr>
        <w:t>coachingowej</w:t>
      </w:r>
      <w:proofErr w:type="spellEnd"/>
      <w:r w:rsidRPr="00CF3459">
        <w:rPr>
          <w:lang w:val="pl-PL"/>
        </w:rPr>
        <w:t xml:space="preserve"> do potrzeb, celów i bezpieczeństwa klienta, jeśli ma to zastosowanie.</w:t>
      </w:r>
    </w:p>
    <w:p w:rsidR="00F620AD" w:rsidRPr="00CF3459" w:rsidRDefault="00000000">
      <w:pPr>
        <w:pStyle w:val="ListBullet"/>
        <w:rPr>
          <w:lang w:val="pl-PL"/>
        </w:rPr>
      </w:pPr>
      <w:r w:rsidRPr="00CF3459">
        <w:rPr>
          <w:lang w:val="pl-PL"/>
        </w:rPr>
        <w:t>Do spełniania obowiązków prawnych, podatkowych i administracyjnych.</w:t>
      </w:r>
    </w:p>
    <w:p w:rsidR="00F620AD" w:rsidRPr="00CF3459" w:rsidRDefault="00000000">
      <w:pPr>
        <w:pStyle w:val="ListBullet"/>
        <w:rPr>
          <w:lang w:val="pl-PL"/>
        </w:rPr>
      </w:pPr>
      <w:r w:rsidRPr="00CF3459">
        <w:rPr>
          <w:lang w:val="pl-PL"/>
        </w:rPr>
        <w:t xml:space="preserve">Do ochrony bezpieczeństwa, praw i uzasadnionych interesów Be </w:t>
      </w:r>
      <w:proofErr w:type="spellStart"/>
      <w:r w:rsidRPr="00CF3459">
        <w:rPr>
          <w:lang w:val="pl-PL"/>
        </w:rPr>
        <w:t>Strong</w:t>
      </w:r>
      <w:proofErr w:type="spellEnd"/>
      <w:r w:rsidRPr="00CF3459">
        <w:rPr>
          <w:lang w:val="pl-PL"/>
        </w:rPr>
        <w:t xml:space="preserve"> Studio, klientów, trenerów i innych uczestników.</w:t>
      </w:r>
    </w:p>
    <w:p w:rsidR="00F620AD" w:rsidRPr="00CF3459" w:rsidRDefault="00000000">
      <w:pPr>
        <w:pStyle w:val="ListBullet"/>
        <w:rPr>
          <w:lang w:val="pl-PL"/>
        </w:rPr>
      </w:pPr>
      <w:r w:rsidRPr="00CF3459">
        <w:rPr>
          <w:lang w:val="pl-PL"/>
        </w:rPr>
        <w:t xml:space="preserve">Do wysyłania </w:t>
      </w:r>
      <w:proofErr w:type="spellStart"/>
      <w:r w:rsidRPr="00CF3459">
        <w:rPr>
          <w:lang w:val="pl-PL"/>
        </w:rPr>
        <w:t>newslettera</w:t>
      </w:r>
      <w:proofErr w:type="spellEnd"/>
      <w:r w:rsidRPr="00CF3459">
        <w:rPr>
          <w:lang w:val="pl-PL"/>
        </w:rPr>
        <w:t>, promocji lub komunikacji marketingowej, jeśli klient wyraził zgodę albo gdy jest to dozwolone przez prawo.</w:t>
      </w:r>
    </w:p>
    <w:p w:rsidR="00F620AD" w:rsidRPr="00CF3459" w:rsidRDefault="00000000">
      <w:pPr>
        <w:pStyle w:val="ListBullet"/>
        <w:rPr>
          <w:lang w:val="pl-PL"/>
        </w:rPr>
      </w:pPr>
      <w:r w:rsidRPr="00CF3459">
        <w:rPr>
          <w:lang w:val="pl-PL"/>
        </w:rPr>
        <w:t>Do tworzenia i publikowania treści promocyjnych, edukacyjnych lub w mediach społecznościowych wyłącznie wtedy, gdy jest to dozwolone i/lub uzyskano wymaganą zgodę.</w:t>
      </w:r>
    </w:p>
    <w:p w:rsidR="00F620AD" w:rsidRDefault="00000000">
      <w:pPr>
        <w:pStyle w:val="Heading2"/>
      </w:pPr>
      <w:r>
        <w:rPr>
          <w:rFonts w:ascii="Aptos Display" w:hAnsi="Aptos Display"/>
        </w:rPr>
        <w:t>4. Podstawy prawne przetwarzania</w:t>
      </w:r>
    </w:p>
    <w:p w:rsidR="00F620AD" w:rsidRPr="00CF3459" w:rsidRDefault="00000000">
      <w:pPr>
        <w:pStyle w:val="ListBullet"/>
        <w:rPr>
          <w:lang w:val="pl-PL"/>
        </w:rPr>
      </w:pPr>
      <w:r w:rsidRPr="00CF3459">
        <w:rPr>
          <w:lang w:val="pl-PL"/>
        </w:rPr>
        <w:t>Wykonanie umowy: aby świadczyć zarezerwowane usługi, członkostwa, pakiety, współpracę online, płatności i obsługę klienta.</w:t>
      </w:r>
    </w:p>
    <w:p w:rsidR="00F620AD" w:rsidRPr="00CF3459" w:rsidRDefault="00000000">
      <w:pPr>
        <w:pStyle w:val="ListBullet"/>
        <w:rPr>
          <w:lang w:val="pl-PL"/>
        </w:rPr>
      </w:pPr>
      <w:r w:rsidRPr="00CF3459">
        <w:rPr>
          <w:lang w:val="pl-PL"/>
        </w:rPr>
        <w:t>Obowiązek prawny: aby spełniać obowiązki podatkowe, księgowe i inne obowiązki wynikające z prawa.</w:t>
      </w:r>
    </w:p>
    <w:p w:rsidR="00F620AD" w:rsidRPr="00CF3459" w:rsidRDefault="00000000">
      <w:pPr>
        <w:pStyle w:val="ListBullet"/>
        <w:rPr>
          <w:lang w:val="pl-PL"/>
        </w:rPr>
      </w:pPr>
      <w:r w:rsidRPr="00CF3459">
        <w:rPr>
          <w:lang w:val="pl-PL"/>
        </w:rPr>
        <w:t xml:space="preserve">Zgoda: w przypadku </w:t>
      </w:r>
      <w:proofErr w:type="spellStart"/>
      <w:r w:rsidRPr="00CF3459">
        <w:rPr>
          <w:lang w:val="pl-PL"/>
        </w:rPr>
        <w:t>newslettera</w:t>
      </w:r>
      <w:proofErr w:type="spellEnd"/>
      <w:r w:rsidRPr="00CF3459">
        <w:rPr>
          <w:lang w:val="pl-PL"/>
        </w:rPr>
        <w:t>, wybranej komunikacji marketingowej, wybranego wykorzystania zdjęć/wideo oraz, jeśli jest to wymagane, informacji zdrowotnych dobrowolnie przekazanych przez klienta.</w:t>
      </w:r>
    </w:p>
    <w:p w:rsidR="00F620AD" w:rsidRPr="00CF3459" w:rsidRDefault="00000000">
      <w:pPr>
        <w:pStyle w:val="ListBullet"/>
        <w:rPr>
          <w:lang w:val="pl-PL"/>
        </w:rPr>
      </w:pPr>
      <w:r w:rsidRPr="00CF3459">
        <w:rPr>
          <w:lang w:val="pl-PL"/>
        </w:rPr>
        <w:lastRenderedPageBreak/>
        <w:t>Uzasadniony interes: aby prowadzić i chronić działalność, ulepszać usługi, zarządzać administracją, zapobiegać nadużyciom, komunikować się w sprawach związanych z usługami oraz obsługiwać spory lub reklamacje.</w:t>
      </w:r>
    </w:p>
    <w:p w:rsidR="00F620AD" w:rsidRPr="00CF3459" w:rsidRDefault="00000000">
      <w:pPr>
        <w:pStyle w:val="ListBullet"/>
        <w:rPr>
          <w:lang w:val="pl-PL"/>
        </w:rPr>
      </w:pPr>
      <w:r w:rsidRPr="00CF3459">
        <w:rPr>
          <w:lang w:val="pl-PL"/>
        </w:rPr>
        <w:t>Interesy żywotne lub związane z bezpieczeństwem mogą mieć zastosowanie w wyjątkowych sytuacjach, gdy informacja jest potrzebna do ochrony zdrowia lub bezpieczeństwa osoby.</w:t>
      </w:r>
    </w:p>
    <w:p w:rsidR="00F620AD" w:rsidRDefault="00000000">
      <w:pPr>
        <w:pStyle w:val="Heading2"/>
      </w:pPr>
      <w:r>
        <w:rPr>
          <w:rFonts w:ascii="Aptos Display" w:hAnsi="Aptos Display"/>
        </w:rPr>
        <w:t>5. Informacje dotyczące zdrowia</w:t>
      </w:r>
    </w:p>
    <w:p w:rsidR="00F620AD" w:rsidRPr="00CF3459" w:rsidRDefault="00000000">
      <w:pPr>
        <w:pStyle w:val="ListBullet"/>
        <w:rPr>
          <w:lang w:val="pl-PL"/>
        </w:rPr>
      </w:pPr>
      <w:r w:rsidRPr="00CF3459">
        <w:rPr>
          <w:lang w:val="pl-PL"/>
        </w:rPr>
        <w:t>Ponieważ usługi fitness mogą wiązać się z ryzykiem fizycznym, klient może zostać poproszony o przekazanie informacji istotnych dla bezpiecznego udziału w treningu, takich jak kontuzje, ciąża, schorzenia, przyjmowane leki lub ograniczenia ruchowe.</w:t>
      </w:r>
    </w:p>
    <w:p w:rsidR="00F620AD" w:rsidRPr="00CF3459" w:rsidRDefault="00000000">
      <w:pPr>
        <w:pStyle w:val="ListBullet"/>
        <w:rPr>
          <w:lang w:val="pl-PL"/>
        </w:rPr>
      </w:pPr>
      <w:r w:rsidRPr="00CF3459">
        <w:rPr>
          <w:lang w:val="pl-PL"/>
        </w:rPr>
        <w:t xml:space="preserve">Klient powinien przekazywać wyłącznie te informacje zdrowotne, które są konieczne i istotne dla bezpiecznego treningu lub współpracy </w:t>
      </w:r>
      <w:proofErr w:type="spellStart"/>
      <w:r w:rsidRPr="00CF3459">
        <w:rPr>
          <w:lang w:val="pl-PL"/>
        </w:rPr>
        <w:t>coachingowej</w:t>
      </w:r>
      <w:proofErr w:type="spellEnd"/>
      <w:r w:rsidRPr="00CF3459">
        <w:rPr>
          <w:lang w:val="pl-PL"/>
        </w:rPr>
        <w:t>.</w:t>
      </w:r>
    </w:p>
    <w:p w:rsidR="00F620AD" w:rsidRPr="00CF3459" w:rsidRDefault="00000000">
      <w:pPr>
        <w:pStyle w:val="ListBullet"/>
        <w:rPr>
          <w:lang w:val="pl-PL"/>
        </w:rPr>
      </w:pPr>
      <w:r w:rsidRPr="00CF3459">
        <w:rPr>
          <w:lang w:val="pl-PL"/>
        </w:rPr>
        <w:t xml:space="preserve">Informacje dotyczące zdrowia są traktowane poufnie i wykorzystywane wyłącznie w celach bezpieczeństwa, dostosowania treningu i współpracy </w:t>
      </w:r>
      <w:proofErr w:type="spellStart"/>
      <w:r w:rsidRPr="00CF3459">
        <w:rPr>
          <w:lang w:val="pl-PL"/>
        </w:rPr>
        <w:t>coachingowej</w:t>
      </w:r>
      <w:proofErr w:type="spellEnd"/>
      <w:r w:rsidRPr="00CF3459">
        <w:rPr>
          <w:lang w:val="pl-PL"/>
        </w:rPr>
        <w:t>.</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nie świadczy porad medycznych, diagnozy ani leczenia. W razie potrzeby klient powinien skonsultować się z lekarzem lub innym specjalistą medycznym.</w:t>
      </w:r>
    </w:p>
    <w:p w:rsidR="00F620AD" w:rsidRPr="00CF3459" w:rsidRDefault="00000000">
      <w:pPr>
        <w:pStyle w:val="Heading2"/>
        <w:rPr>
          <w:lang w:val="pl-PL"/>
        </w:rPr>
      </w:pPr>
      <w:r w:rsidRPr="00CF3459">
        <w:rPr>
          <w:rFonts w:ascii="Aptos Display" w:hAnsi="Aptos Display"/>
          <w:lang w:val="pl-PL"/>
        </w:rPr>
        <w:t xml:space="preserve">6. </w:t>
      </w:r>
      <w:proofErr w:type="spellStart"/>
      <w:r w:rsidRPr="00CF3459">
        <w:rPr>
          <w:rFonts w:ascii="Aptos Display" w:hAnsi="Aptos Display"/>
          <w:lang w:val="pl-PL"/>
        </w:rPr>
        <w:t>Trainin.app</w:t>
      </w:r>
      <w:proofErr w:type="spellEnd"/>
      <w:r w:rsidRPr="00CF3459">
        <w:rPr>
          <w:rFonts w:ascii="Aptos Display" w:hAnsi="Aptos Display"/>
          <w:lang w:val="pl-PL"/>
        </w:rPr>
        <w:t>, płatności i usługi zewnętrzne</w:t>
      </w:r>
    </w:p>
    <w:p w:rsidR="00F620AD" w:rsidRPr="00CF3459" w:rsidRDefault="00000000">
      <w:pPr>
        <w:pStyle w:val="ListBullet"/>
        <w:rPr>
          <w:lang w:val="pl-PL"/>
        </w:rPr>
      </w:pPr>
      <w:r w:rsidRPr="00CF3459">
        <w:rPr>
          <w:lang w:val="pl-PL"/>
        </w:rPr>
        <w:t xml:space="preserve">Rezerwacje, członkostwa i płatności są obsługiwane przez </w:t>
      </w:r>
      <w:proofErr w:type="spellStart"/>
      <w:r w:rsidRPr="00CF3459">
        <w:rPr>
          <w:lang w:val="pl-PL"/>
        </w:rPr>
        <w:t>Trainin.app</w:t>
      </w:r>
      <w:proofErr w:type="spellEnd"/>
      <w:r w:rsidRPr="00CF3459">
        <w:rPr>
          <w:lang w:val="pl-PL"/>
        </w:rPr>
        <w:t xml:space="preserve">. Gdy klient tworzy konto, rezerwuje usługi lub dokonuje płatności przez </w:t>
      </w:r>
      <w:proofErr w:type="spellStart"/>
      <w:r w:rsidRPr="00CF3459">
        <w:rPr>
          <w:lang w:val="pl-PL"/>
        </w:rPr>
        <w:t>Trainin.app</w:t>
      </w:r>
      <w:proofErr w:type="spellEnd"/>
      <w:r w:rsidRPr="00CF3459">
        <w:rPr>
          <w:lang w:val="pl-PL"/>
        </w:rPr>
        <w:t xml:space="preserve">, </w:t>
      </w:r>
      <w:proofErr w:type="spellStart"/>
      <w:r w:rsidRPr="00CF3459">
        <w:rPr>
          <w:lang w:val="pl-PL"/>
        </w:rPr>
        <w:t>Trainin.app</w:t>
      </w:r>
      <w:proofErr w:type="spellEnd"/>
      <w:r w:rsidRPr="00CF3459">
        <w:rPr>
          <w:lang w:val="pl-PL"/>
        </w:rPr>
        <w:t xml:space="preserve"> może przetwarzać dane osobowe jako zewnętrzny dostawca usług i/lub zgodnie z własną polityką prywatności.</w:t>
      </w:r>
    </w:p>
    <w:p w:rsidR="00F620AD" w:rsidRPr="00CF3459" w:rsidRDefault="00000000">
      <w:pPr>
        <w:pStyle w:val="ListBullet"/>
        <w:rPr>
          <w:lang w:val="pl-PL"/>
        </w:rPr>
      </w:pPr>
      <w:proofErr w:type="spellStart"/>
      <w:r w:rsidRPr="00CF3459">
        <w:rPr>
          <w:lang w:val="pl-PL"/>
        </w:rPr>
        <w:t>Trainin.app</w:t>
      </w:r>
      <w:proofErr w:type="spellEnd"/>
      <w:r w:rsidRPr="00CF3459">
        <w:rPr>
          <w:lang w:val="pl-PL"/>
        </w:rPr>
        <w:t xml:space="preserve"> oraz dostawcy usług płatniczych mogą przetwarzać takie dane jak dane konta, rezerwacje, status płatności, referencje transakcji oraz komunikacja związana z aplikacją lub procesem płatności.</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nie odpowiada za niezależne praktyki prywatności zewnętrznych platform. Klienci powinni zapoznać się z polityką prywatności </w:t>
      </w:r>
      <w:proofErr w:type="spellStart"/>
      <w:r w:rsidRPr="00CF3459">
        <w:rPr>
          <w:lang w:val="pl-PL"/>
        </w:rPr>
        <w:t>Trainin.app</w:t>
      </w:r>
      <w:proofErr w:type="spellEnd"/>
      <w:r w:rsidRPr="00CF3459">
        <w:rPr>
          <w:lang w:val="pl-PL"/>
        </w:rPr>
        <w:t xml:space="preserve"> oraz dostawców płatności używanych w aplikacji.</w:t>
      </w:r>
    </w:p>
    <w:p w:rsidR="00F620AD" w:rsidRDefault="00000000">
      <w:pPr>
        <w:pStyle w:val="Heading2"/>
      </w:pPr>
      <w:r>
        <w:rPr>
          <w:rFonts w:ascii="Aptos Display" w:hAnsi="Aptos Display"/>
        </w:rPr>
        <w:t>7. Newsletter i marketing</w:t>
      </w:r>
    </w:p>
    <w:p w:rsidR="00F620AD" w:rsidRPr="00CF3459" w:rsidRDefault="00000000">
      <w:pPr>
        <w:pStyle w:val="ListBullet"/>
        <w:rPr>
          <w:lang w:val="pl-PL"/>
        </w:rPr>
      </w:pPr>
      <w:r w:rsidRPr="00CF3459">
        <w:rPr>
          <w:lang w:val="pl-PL"/>
        </w:rPr>
        <w:t>Klienci oraz użytkownicy strony/aplikacji mogą zapisać się na newsletter lub otrzymywać komunikację marketingową, jeśli wyrazili na to zgodę albo gdy jest to dozwolone przez prawo.</w:t>
      </w:r>
    </w:p>
    <w:p w:rsidR="00F620AD" w:rsidRPr="00CF3459" w:rsidRDefault="00000000">
      <w:pPr>
        <w:pStyle w:val="ListBullet"/>
        <w:rPr>
          <w:lang w:val="pl-PL"/>
        </w:rPr>
      </w:pPr>
      <w:r w:rsidRPr="00CF3459">
        <w:rPr>
          <w:lang w:val="pl-PL"/>
        </w:rPr>
        <w:t>Newsletter może zawierać informacje o zajęciach, warsztatach, wydarzeniach, ofertach, zmianach w grafiku, nowościach studia oraz treści związane z fitnessem.</w:t>
      </w:r>
    </w:p>
    <w:p w:rsidR="00F620AD" w:rsidRPr="00CF3459" w:rsidRDefault="00000000">
      <w:pPr>
        <w:pStyle w:val="ListBullet"/>
        <w:rPr>
          <w:lang w:val="pl-PL"/>
        </w:rPr>
      </w:pPr>
      <w:r w:rsidRPr="00CF3459">
        <w:rPr>
          <w:lang w:val="pl-PL"/>
        </w:rPr>
        <w:t xml:space="preserve">Każdy e-mail marketingowy będzie zawierał możliwość wypisania się z </w:t>
      </w:r>
      <w:proofErr w:type="spellStart"/>
      <w:r w:rsidRPr="00CF3459">
        <w:rPr>
          <w:lang w:val="pl-PL"/>
        </w:rPr>
        <w:t>newslettera</w:t>
      </w:r>
      <w:proofErr w:type="spellEnd"/>
      <w:r w:rsidRPr="00CF3459">
        <w:rPr>
          <w:lang w:val="pl-PL"/>
        </w:rPr>
        <w:t xml:space="preserve"> albo klient może wypisać się, kontaktując się z studio@sanderka.nl.</w:t>
      </w:r>
    </w:p>
    <w:p w:rsidR="00F620AD" w:rsidRPr="00CF3459" w:rsidRDefault="00000000">
      <w:pPr>
        <w:pStyle w:val="ListBullet"/>
        <w:rPr>
          <w:lang w:val="pl-PL"/>
        </w:rPr>
      </w:pPr>
      <w:r w:rsidRPr="00CF3459">
        <w:rPr>
          <w:lang w:val="pl-PL"/>
        </w:rPr>
        <w:t>Wypisanie się z komunikacji marketingowej nie wpływa na niezbędną komunikację dotyczącą rezerwacji, płatności, członkostw lub bezpieczeństwa.</w:t>
      </w:r>
    </w:p>
    <w:p w:rsidR="00F620AD" w:rsidRDefault="00000000">
      <w:pPr>
        <w:pStyle w:val="Heading2"/>
      </w:pPr>
      <w:r>
        <w:rPr>
          <w:rFonts w:ascii="Aptos Display" w:hAnsi="Aptos Display"/>
        </w:rPr>
        <w:t>8. Zdjęcia, nagrania i media społecznościowe</w:t>
      </w:r>
    </w:p>
    <w:p w:rsidR="00F620AD" w:rsidRPr="00CF3459" w:rsidRDefault="00000000">
      <w:pPr>
        <w:pStyle w:val="ListBullet"/>
        <w:rPr>
          <w:lang w:val="pl-PL"/>
        </w:rPr>
      </w:pPr>
      <w:r w:rsidRPr="00CF3459">
        <w:rPr>
          <w:lang w:val="pl-PL"/>
        </w:rPr>
        <w:t>Podczas zajęć, wydarzeń lub aktywności studia mogą okazjonalnie być wykonywane zdjęcia lub nagrania wideo w celach promocyjnych, edukacyjnych lub do publikacji w mediach społecznościowych.</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nie będzie celowo publikować w celach promocyjnych materiałów, na których klient jest wyraźnie rozpoznawalny, bez zgody, jeśli taka zgoda jest wymagana.</w:t>
      </w:r>
    </w:p>
    <w:p w:rsidR="00F620AD" w:rsidRPr="00CF3459" w:rsidRDefault="00000000">
      <w:pPr>
        <w:pStyle w:val="ListBullet"/>
        <w:rPr>
          <w:lang w:val="pl-PL"/>
        </w:rPr>
      </w:pPr>
      <w:r w:rsidRPr="00CF3459">
        <w:rPr>
          <w:lang w:val="pl-PL"/>
        </w:rPr>
        <w:t>Zgoda na wykorzystanie wizerunku klienta jest dobrowolna i może zostać wycofana w dowolnym momencie w odniesieniu do przyszłego wykorzystania materiałów poprzez kontakt z studio@sanderka.nl.</w:t>
      </w:r>
    </w:p>
    <w:p w:rsidR="00F620AD" w:rsidRPr="00CF3459" w:rsidRDefault="00000000">
      <w:pPr>
        <w:pStyle w:val="ListBullet"/>
        <w:rPr>
          <w:lang w:val="pl-PL"/>
        </w:rPr>
      </w:pPr>
      <w:r w:rsidRPr="00CF3459">
        <w:rPr>
          <w:lang w:val="pl-PL"/>
        </w:rPr>
        <w:t>Wycofanie zgody nie wpływa automatycznie na materiały opublikowane zgodnie z prawem przed otrzymaniem prośby o wycofanie zgody.</w:t>
      </w:r>
    </w:p>
    <w:p w:rsidR="00F620AD" w:rsidRDefault="00000000">
      <w:pPr>
        <w:pStyle w:val="Heading2"/>
      </w:pPr>
      <w:r>
        <w:rPr>
          <w:rFonts w:ascii="Aptos Display" w:hAnsi="Aptos Display"/>
        </w:rPr>
        <w:lastRenderedPageBreak/>
        <w:t>9. Udostępnianie danych osobowych</w:t>
      </w:r>
    </w:p>
    <w:p w:rsidR="00F620AD" w:rsidRPr="00CF3459" w:rsidRDefault="00000000">
      <w:pPr>
        <w:pStyle w:val="ListBullet"/>
        <w:rPr>
          <w:lang w:val="pl-PL"/>
        </w:rPr>
      </w:pPr>
      <w:r w:rsidRPr="00CF3459">
        <w:rPr>
          <w:lang w:val="pl-PL"/>
        </w:rPr>
        <w:t xml:space="preserve">Dane osobowe mogą być udostępniane wyłącznie wtedy, gdy jest to konieczne, dostawcom usług takim jak </w:t>
      </w:r>
      <w:proofErr w:type="spellStart"/>
      <w:r w:rsidRPr="00CF3459">
        <w:rPr>
          <w:lang w:val="pl-PL"/>
        </w:rPr>
        <w:t>Trainin.app</w:t>
      </w:r>
      <w:proofErr w:type="spellEnd"/>
      <w:r w:rsidRPr="00CF3459">
        <w:rPr>
          <w:lang w:val="pl-PL"/>
        </w:rPr>
        <w:t>, dostawcy płatności, programy lub dostawcy księgowi, dostawcy hostingu/IT, narzędzia e-mail/newsletter, dostawcy strony internetowej, doradcy prawni lub księgowi oraz organy publiczne, jeśli wymaga tego prawo.</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nie sprzedaje danych osobowych osobom trzecim.</w:t>
      </w:r>
    </w:p>
    <w:p w:rsidR="00F620AD" w:rsidRPr="00CF3459" w:rsidRDefault="00000000">
      <w:pPr>
        <w:pStyle w:val="ListBullet"/>
        <w:rPr>
          <w:lang w:val="pl-PL"/>
        </w:rPr>
      </w:pPr>
      <w:r w:rsidRPr="00CF3459">
        <w:rPr>
          <w:lang w:val="pl-PL"/>
        </w:rPr>
        <w:t xml:space="preserve">Jeśli dostawcy usług przetwarzają dane osobowe w imieniu Be </w:t>
      </w:r>
      <w:proofErr w:type="spellStart"/>
      <w:r w:rsidRPr="00CF3459">
        <w:rPr>
          <w:lang w:val="pl-PL"/>
        </w:rPr>
        <w:t>Strong</w:t>
      </w:r>
      <w:proofErr w:type="spellEnd"/>
      <w:r w:rsidRPr="00CF3459">
        <w:rPr>
          <w:lang w:val="pl-PL"/>
        </w:rPr>
        <w:t xml:space="preserve"> Studio, powinny zostać zawarte odpowiednie ustalenia wymagane przez GDPR/RODO.</w:t>
      </w:r>
    </w:p>
    <w:p w:rsidR="00F620AD" w:rsidRDefault="00000000">
      <w:pPr>
        <w:pStyle w:val="Heading2"/>
      </w:pPr>
      <w:r>
        <w:rPr>
          <w:rFonts w:ascii="Aptos Display" w:hAnsi="Aptos Display"/>
        </w:rPr>
        <w:t>10. Przekazywanie danych poza EOG</w:t>
      </w:r>
    </w:p>
    <w:p w:rsidR="00F620AD" w:rsidRPr="00CF3459" w:rsidRDefault="00000000">
      <w:pPr>
        <w:pStyle w:val="ListBullet"/>
        <w:rPr>
          <w:lang w:val="pl-PL"/>
        </w:rPr>
      </w:pPr>
      <w:r w:rsidRPr="00CF3459">
        <w:rPr>
          <w:lang w:val="pl-PL"/>
        </w:rPr>
        <w:t xml:space="preserve">Jeżeli dane osobowe są przetwarzane poza Europejskim Obszarem Gospodarczym, Be </w:t>
      </w:r>
      <w:proofErr w:type="spellStart"/>
      <w:r w:rsidRPr="00CF3459">
        <w:rPr>
          <w:lang w:val="pl-PL"/>
        </w:rPr>
        <w:t>Strong</w:t>
      </w:r>
      <w:proofErr w:type="spellEnd"/>
      <w:r w:rsidRPr="00CF3459">
        <w:rPr>
          <w:lang w:val="pl-PL"/>
        </w:rPr>
        <w:t xml:space="preserve"> Studio podejmie rozsądne działania, aby zapewnić odpowiednie zabezpieczenia wymagane przez GDPR/RODO, takie jak decyzje stwierdzające odpowiedni poziom ochrony, standardowe klauzule umowne lub inne prawnie akceptowane zabezpieczenia.</w:t>
      </w:r>
    </w:p>
    <w:p w:rsidR="00F620AD" w:rsidRDefault="00000000">
      <w:pPr>
        <w:pStyle w:val="Heading2"/>
      </w:pPr>
      <w:r>
        <w:rPr>
          <w:rFonts w:ascii="Aptos Display" w:hAnsi="Aptos Display"/>
        </w:rPr>
        <w:t>11. Jak długo przechowujemy dane osobowe</w:t>
      </w:r>
    </w:p>
    <w:p w:rsidR="00F620AD" w:rsidRPr="00CF3459" w:rsidRDefault="00000000">
      <w:pPr>
        <w:pStyle w:val="ListBullet"/>
        <w:rPr>
          <w:lang w:val="pl-PL"/>
        </w:rPr>
      </w:pPr>
      <w:r w:rsidRPr="00CF3459">
        <w:rPr>
          <w:lang w:val="pl-PL"/>
        </w:rPr>
        <w:t>Dane osobowe są przechowywane tylko tak długo, jak jest to konieczne do celów opisanych w niniejszej Polityce Prywatności, chyba że dłuższy okres przechowywania jest wymagany lub dozwolony przez prawo.</w:t>
      </w:r>
    </w:p>
    <w:p w:rsidR="00F620AD" w:rsidRPr="00CF3459" w:rsidRDefault="00000000">
      <w:pPr>
        <w:pStyle w:val="ListBullet"/>
        <w:rPr>
          <w:lang w:val="pl-PL"/>
        </w:rPr>
      </w:pPr>
      <w:r w:rsidRPr="00CF3459">
        <w:rPr>
          <w:lang w:val="pl-PL"/>
        </w:rPr>
        <w:t>Dane dotyczące rezerwacji, członkostwa i komunikacji są zasadniczo przechowywane tak długo, jak jest to potrzebne do świadczenia usług oraz obsługi administracji, pytań, reklamacji lub sporów.</w:t>
      </w:r>
    </w:p>
    <w:p w:rsidR="00F620AD" w:rsidRPr="00CF3459" w:rsidRDefault="00000000">
      <w:pPr>
        <w:pStyle w:val="ListBullet"/>
        <w:rPr>
          <w:lang w:val="pl-PL"/>
        </w:rPr>
      </w:pPr>
      <w:r w:rsidRPr="00CF3459">
        <w:rPr>
          <w:lang w:val="pl-PL"/>
        </w:rPr>
        <w:t>Dane finansowe i fakturowe mogą być przechowywane przez okres wymagany przez holenderskie przepisy podatkowe i księgowe.</w:t>
      </w:r>
    </w:p>
    <w:p w:rsidR="00F620AD" w:rsidRPr="00CF3459" w:rsidRDefault="00000000">
      <w:pPr>
        <w:pStyle w:val="ListBullet"/>
        <w:rPr>
          <w:lang w:val="pl-PL"/>
        </w:rPr>
      </w:pPr>
      <w:r w:rsidRPr="00CF3459">
        <w:rPr>
          <w:lang w:val="pl-PL"/>
        </w:rPr>
        <w:t xml:space="preserve">Dane </w:t>
      </w:r>
      <w:proofErr w:type="spellStart"/>
      <w:r w:rsidRPr="00CF3459">
        <w:rPr>
          <w:lang w:val="pl-PL"/>
        </w:rPr>
        <w:t>newsletterowe</w:t>
      </w:r>
      <w:proofErr w:type="spellEnd"/>
      <w:r w:rsidRPr="00CF3459">
        <w:rPr>
          <w:lang w:val="pl-PL"/>
        </w:rPr>
        <w:t xml:space="preserve"> są przechowywane do momentu wypisania się danej osoby albo zakończenia korzystania z </w:t>
      </w:r>
      <w:proofErr w:type="spellStart"/>
      <w:r w:rsidRPr="00CF3459">
        <w:rPr>
          <w:lang w:val="pl-PL"/>
        </w:rPr>
        <w:t>newslettera</w:t>
      </w:r>
      <w:proofErr w:type="spellEnd"/>
      <w:r w:rsidRPr="00CF3459">
        <w:rPr>
          <w:lang w:val="pl-PL"/>
        </w:rPr>
        <w:t>.</w:t>
      </w:r>
    </w:p>
    <w:p w:rsidR="00F620AD" w:rsidRPr="00CF3459" w:rsidRDefault="00000000">
      <w:pPr>
        <w:pStyle w:val="ListBullet"/>
        <w:rPr>
          <w:lang w:val="pl-PL"/>
        </w:rPr>
      </w:pPr>
      <w:r w:rsidRPr="00CF3459">
        <w:rPr>
          <w:lang w:val="pl-PL"/>
        </w:rPr>
        <w:t xml:space="preserve">Informacje zdrowotne i </w:t>
      </w:r>
      <w:proofErr w:type="spellStart"/>
      <w:r w:rsidRPr="00CF3459">
        <w:rPr>
          <w:lang w:val="pl-PL"/>
        </w:rPr>
        <w:t>coachingowe</w:t>
      </w:r>
      <w:proofErr w:type="spellEnd"/>
      <w:r w:rsidRPr="00CF3459">
        <w:rPr>
          <w:lang w:val="pl-PL"/>
        </w:rPr>
        <w:t xml:space="preserve"> są przechowywane tylko tak długo, jak jest to rozsądnie konieczne dla bezpieczeństwa, współpracy </w:t>
      </w:r>
      <w:proofErr w:type="spellStart"/>
      <w:r w:rsidRPr="00CF3459">
        <w:rPr>
          <w:lang w:val="pl-PL"/>
        </w:rPr>
        <w:t>coachingowej</w:t>
      </w:r>
      <w:proofErr w:type="spellEnd"/>
      <w:r w:rsidRPr="00CF3459">
        <w:rPr>
          <w:lang w:val="pl-PL"/>
        </w:rPr>
        <w:t xml:space="preserve"> i świadczenia usług, chyba że dłuższy okres jest wymagany do obsługi sporu, roszczenia lub obowiązku prawnego.</w:t>
      </w:r>
    </w:p>
    <w:p w:rsidR="00F620AD" w:rsidRDefault="00000000">
      <w:pPr>
        <w:pStyle w:val="Heading2"/>
      </w:pPr>
      <w:r>
        <w:rPr>
          <w:rFonts w:ascii="Aptos Display" w:hAnsi="Aptos Display"/>
        </w:rPr>
        <w:t>12. Bezpieczeństwo</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stosuje rozsądne środki techniczne i organizacyjne w celu ochrony danych osobowych przed utratą, niewłaściwym użyciem, nieuprawnionym dostępem, ujawnieniem lub zmianą.</w:t>
      </w:r>
    </w:p>
    <w:p w:rsidR="00F620AD" w:rsidRPr="00CF3459" w:rsidRDefault="00000000">
      <w:pPr>
        <w:pStyle w:val="ListBullet"/>
        <w:rPr>
          <w:lang w:val="pl-PL"/>
        </w:rPr>
      </w:pPr>
      <w:r w:rsidRPr="00CF3459">
        <w:rPr>
          <w:lang w:val="pl-PL"/>
        </w:rPr>
        <w:t>Dostęp do danych osobowych jest ograniczony do osób, które potrzebują ich do celów opisanych w niniejszej Polityce Prywatności.</w:t>
      </w:r>
    </w:p>
    <w:p w:rsidR="00F620AD" w:rsidRDefault="00000000">
      <w:pPr>
        <w:pStyle w:val="ListBullet"/>
      </w:pPr>
      <w:r w:rsidRPr="00CF3459">
        <w:rPr>
          <w:lang w:val="pl-PL"/>
        </w:rPr>
        <w:t xml:space="preserve">Żaden system nie może być zagwarantowany jako całkowicie bezpieczny. </w:t>
      </w:r>
      <w:proofErr w:type="spellStart"/>
      <w:r>
        <w:t>Klienci</w:t>
      </w:r>
      <w:proofErr w:type="spellEnd"/>
      <w:r>
        <w:t xml:space="preserve"> </w:t>
      </w:r>
      <w:proofErr w:type="spellStart"/>
      <w:r>
        <w:t>odpowiadają</w:t>
      </w:r>
      <w:proofErr w:type="spellEnd"/>
      <w:r>
        <w:t xml:space="preserve"> za </w:t>
      </w:r>
      <w:proofErr w:type="spellStart"/>
      <w:r>
        <w:t>bezpieczeństwo</w:t>
      </w:r>
      <w:proofErr w:type="spellEnd"/>
      <w:r>
        <w:t xml:space="preserve"> własnych danych logowania do konta.</w:t>
      </w:r>
    </w:p>
    <w:p w:rsidR="00F620AD" w:rsidRDefault="00000000">
      <w:pPr>
        <w:pStyle w:val="Heading2"/>
      </w:pPr>
      <w:r>
        <w:rPr>
          <w:rFonts w:ascii="Aptos Display" w:hAnsi="Aptos Display"/>
        </w:rPr>
        <w:t>13. Prawa klienta</w:t>
      </w:r>
    </w:p>
    <w:p w:rsidR="00F620AD" w:rsidRPr="00CF3459" w:rsidRDefault="00000000">
      <w:pPr>
        <w:pStyle w:val="ListBullet"/>
        <w:rPr>
          <w:lang w:val="pl-PL"/>
        </w:rPr>
      </w:pPr>
      <w:r w:rsidRPr="00CF3459">
        <w:rPr>
          <w:lang w:val="pl-PL"/>
        </w:rPr>
        <w:t>Na podstawie GDPR/RODO klient może mieć prawo do żądania dostępu do swoich danych osobowych, sprostowania nieprawidłowych danych, usunięcia danych, ograniczenia przetwarzania, sprzeciwu wobec przetwarzania, przenoszenia danych oraz wycofania zgody, jeśli przetwarzanie odbywa się na podstawie zgody.</w:t>
      </w:r>
    </w:p>
    <w:p w:rsidR="00F620AD" w:rsidRPr="00CF3459" w:rsidRDefault="00000000">
      <w:pPr>
        <w:pStyle w:val="ListBullet"/>
        <w:rPr>
          <w:lang w:val="pl-PL"/>
        </w:rPr>
      </w:pPr>
      <w:r w:rsidRPr="00CF3459">
        <w:rPr>
          <w:lang w:val="pl-PL"/>
        </w:rPr>
        <w:t>Aby skorzystać z tych praw, klient może skontaktować się z studio@sanderka.nl.</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może poprosić o informacje potrzebne do potwierdzenia tożsamości osoby składającej wniosek.</w:t>
      </w:r>
    </w:p>
    <w:p w:rsidR="00F620AD" w:rsidRPr="00CF3459" w:rsidRDefault="00000000">
      <w:pPr>
        <w:pStyle w:val="ListBullet"/>
        <w:rPr>
          <w:lang w:val="pl-PL"/>
        </w:rPr>
      </w:pPr>
      <w:r w:rsidRPr="00CF3459">
        <w:rPr>
          <w:lang w:val="pl-PL"/>
        </w:rPr>
        <w:t xml:space="preserve">Klient ma również prawo złożyć skargę do holenderskiego organu ochrony danych: </w:t>
      </w:r>
      <w:proofErr w:type="spellStart"/>
      <w:r w:rsidRPr="00CF3459">
        <w:rPr>
          <w:lang w:val="pl-PL"/>
        </w:rPr>
        <w:t>Autoriteit</w:t>
      </w:r>
      <w:proofErr w:type="spellEnd"/>
      <w:r w:rsidRPr="00CF3459">
        <w:rPr>
          <w:lang w:val="pl-PL"/>
        </w:rPr>
        <w:t xml:space="preserve"> </w:t>
      </w:r>
      <w:proofErr w:type="spellStart"/>
      <w:r w:rsidRPr="00CF3459">
        <w:rPr>
          <w:lang w:val="pl-PL"/>
        </w:rPr>
        <w:t>Persoonsgegevens</w:t>
      </w:r>
      <w:proofErr w:type="spellEnd"/>
      <w:r w:rsidRPr="00CF3459">
        <w:rPr>
          <w:lang w:val="pl-PL"/>
        </w:rPr>
        <w:t>.</w:t>
      </w:r>
    </w:p>
    <w:p w:rsidR="00F620AD" w:rsidRPr="00CF3459" w:rsidRDefault="00000000">
      <w:pPr>
        <w:pStyle w:val="Heading2"/>
        <w:rPr>
          <w:lang w:val="pl-PL"/>
        </w:rPr>
      </w:pPr>
      <w:r w:rsidRPr="00CF3459">
        <w:rPr>
          <w:rFonts w:ascii="Aptos Display" w:hAnsi="Aptos Display"/>
          <w:lang w:val="pl-PL"/>
        </w:rPr>
        <w:t xml:space="preserve">14. </w:t>
      </w:r>
      <w:proofErr w:type="spellStart"/>
      <w:r w:rsidRPr="00CF3459">
        <w:rPr>
          <w:rFonts w:ascii="Aptos Display" w:hAnsi="Aptos Display"/>
          <w:lang w:val="pl-PL"/>
        </w:rPr>
        <w:t>Cookies</w:t>
      </w:r>
      <w:proofErr w:type="spellEnd"/>
      <w:r w:rsidRPr="00CF3459">
        <w:rPr>
          <w:rFonts w:ascii="Aptos Display" w:hAnsi="Aptos Display"/>
          <w:lang w:val="pl-PL"/>
        </w:rPr>
        <w:t xml:space="preserve"> i dane ze strony internetowej</w:t>
      </w:r>
    </w:p>
    <w:p w:rsidR="00F620AD" w:rsidRPr="00CF3459" w:rsidRDefault="00000000">
      <w:pPr>
        <w:pStyle w:val="ListBullet"/>
        <w:rPr>
          <w:lang w:val="pl-PL"/>
        </w:rPr>
      </w:pPr>
      <w:r w:rsidRPr="00CF3459">
        <w:rPr>
          <w:lang w:val="pl-PL"/>
        </w:rPr>
        <w:t xml:space="preserve">Jeśli strona internetowa używa plików </w:t>
      </w:r>
      <w:proofErr w:type="spellStart"/>
      <w:r w:rsidRPr="00CF3459">
        <w:rPr>
          <w:lang w:val="pl-PL"/>
        </w:rPr>
        <w:t>cookies</w:t>
      </w:r>
      <w:proofErr w:type="spellEnd"/>
      <w:r w:rsidRPr="00CF3459">
        <w:rPr>
          <w:lang w:val="pl-PL"/>
        </w:rPr>
        <w:t xml:space="preserve"> lub podobnych technologii, mogą one być wykorzystywane do działania strony, analityki, bezpieczeństwa lub marketingu, w zależności od konfiguracji strony.</w:t>
      </w:r>
    </w:p>
    <w:p w:rsidR="00F620AD" w:rsidRPr="00CF3459" w:rsidRDefault="00000000">
      <w:pPr>
        <w:pStyle w:val="ListBullet"/>
        <w:rPr>
          <w:lang w:val="pl-PL"/>
        </w:rPr>
      </w:pPr>
      <w:r w:rsidRPr="00CF3459">
        <w:rPr>
          <w:lang w:val="pl-PL"/>
        </w:rPr>
        <w:lastRenderedPageBreak/>
        <w:t xml:space="preserve">Jeśli wymaga tego prawo, odwiedzający zostaną poinformowani o </w:t>
      </w:r>
      <w:proofErr w:type="spellStart"/>
      <w:r w:rsidRPr="00CF3459">
        <w:rPr>
          <w:lang w:val="pl-PL"/>
        </w:rPr>
        <w:t>cookies</w:t>
      </w:r>
      <w:proofErr w:type="spellEnd"/>
      <w:r w:rsidRPr="00CF3459">
        <w:rPr>
          <w:lang w:val="pl-PL"/>
        </w:rPr>
        <w:t xml:space="preserve"> i poproszeni o zgodę przed umieszczeniem plików </w:t>
      </w:r>
      <w:proofErr w:type="spellStart"/>
      <w:r w:rsidRPr="00CF3459">
        <w:rPr>
          <w:lang w:val="pl-PL"/>
        </w:rPr>
        <w:t>cookies</w:t>
      </w:r>
      <w:proofErr w:type="spellEnd"/>
      <w:r w:rsidRPr="00CF3459">
        <w:rPr>
          <w:lang w:val="pl-PL"/>
        </w:rPr>
        <w:t>, które nie są niezbędne.</w:t>
      </w:r>
    </w:p>
    <w:p w:rsidR="00F620AD" w:rsidRPr="00CF3459" w:rsidRDefault="00000000">
      <w:pPr>
        <w:pStyle w:val="ListBullet"/>
        <w:rPr>
          <w:lang w:val="pl-PL"/>
        </w:rPr>
      </w:pPr>
      <w:r w:rsidRPr="00CF3459">
        <w:rPr>
          <w:lang w:val="pl-PL"/>
        </w:rPr>
        <w:t xml:space="preserve">Jeśli używana jest osobna Polityka </w:t>
      </w:r>
      <w:proofErr w:type="spellStart"/>
      <w:r w:rsidRPr="00CF3459">
        <w:rPr>
          <w:lang w:val="pl-PL"/>
        </w:rPr>
        <w:t>Cookies</w:t>
      </w:r>
      <w:proofErr w:type="spellEnd"/>
      <w:r w:rsidRPr="00CF3459">
        <w:rPr>
          <w:lang w:val="pl-PL"/>
        </w:rPr>
        <w:t>, należy czytać ją razem z niniejszą Polityką Prywatności.</w:t>
      </w:r>
    </w:p>
    <w:p w:rsidR="00F620AD" w:rsidRDefault="00000000">
      <w:pPr>
        <w:pStyle w:val="Heading2"/>
      </w:pPr>
      <w:r>
        <w:rPr>
          <w:rFonts w:ascii="Aptos Display" w:hAnsi="Aptos Display"/>
        </w:rPr>
        <w:t>15. Zmiany Polityki Prywatności</w:t>
      </w:r>
    </w:p>
    <w:p w:rsidR="00F620AD" w:rsidRPr="00CF3459" w:rsidRDefault="00000000">
      <w:pPr>
        <w:pStyle w:val="ListBullet"/>
        <w:rPr>
          <w:lang w:val="pl-PL"/>
        </w:rPr>
      </w:pPr>
      <w:r w:rsidRPr="00CF3459">
        <w:rPr>
          <w:lang w:val="pl-PL"/>
        </w:rPr>
        <w:t xml:space="preserve">Be </w:t>
      </w:r>
      <w:proofErr w:type="spellStart"/>
      <w:r w:rsidRPr="00CF3459">
        <w:rPr>
          <w:lang w:val="pl-PL"/>
        </w:rPr>
        <w:t>Strong</w:t>
      </w:r>
      <w:proofErr w:type="spellEnd"/>
      <w:r w:rsidRPr="00CF3459">
        <w:rPr>
          <w:lang w:val="pl-PL"/>
        </w:rPr>
        <w:t xml:space="preserve"> Studio może aktualizować niniejszą Politykę Prywatności, jeśli będzie to konieczne, na przykład z powodu zmian w usługach, wymogach prawnych, aplikacjach lub systemach płatności.</w:t>
      </w:r>
    </w:p>
    <w:p w:rsidR="00F620AD" w:rsidRPr="00CF3459" w:rsidRDefault="00000000">
      <w:pPr>
        <w:pStyle w:val="ListBullet"/>
        <w:rPr>
          <w:lang w:val="pl-PL"/>
        </w:rPr>
      </w:pPr>
      <w:r w:rsidRPr="00CF3459">
        <w:rPr>
          <w:lang w:val="pl-PL"/>
        </w:rPr>
        <w:t>Najnowsza wersja zostanie udostępniona przez stronę internetową, aplikację lub inny odpowiedni kanał komunikacji.</w:t>
      </w:r>
    </w:p>
    <w:p w:rsidR="00F620AD" w:rsidRDefault="00000000">
      <w:pPr>
        <w:pStyle w:val="Heading2"/>
      </w:pPr>
      <w:r>
        <w:rPr>
          <w:rFonts w:ascii="Aptos Display" w:hAnsi="Aptos Display"/>
        </w:rPr>
        <w:t>16. Kontakt</w:t>
      </w:r>
    </w:p>
    <w:p w:rsidR="00F620AD" w:rsidRPr="00CF3459" w:rsidRDefault="00000000">
      <w:pPr>
        <w:pStyle w:val="ListBullet"/>
        <w:rPr>
          <w:lang w:val="pl-PL"/>
        </w:rPr>
      </w:pPr>
      <w:r w:rsidRPr="00CF3459">
        <w:rPr>
          <w:lang w:val="pl-PL"/>
        </w:rPr>
        <w:t>W razie pytań dotyczących niniejszej Polityki Prywatności lub danych osobowych prosimy o kontakt:</w:t>
      </w:r>
    </w:p>
    <w:p w:rsidR="00F620AD" w:rsidRDefault="00000000">
      <w:pPr>
        <w:pStyle w:val="ListBullet"/>
      </w:pPr>
      <w:proofErr w:type="spellStart"/>
      <w:r>
        <w:t>Trenerka</w:t>
      </w:r>
      <w:proofErr w:type="spellEnd"/>
      <w:r>
        <w:t xml:space="preserve"> </w:t>
      </w:r>
      <w:proofErr w:type="spellStart"/>
      <w:r>
        <w:t>Sanderka</w:t>
      </w:r>
      <w:proofErr w:type="spellEnd"/>
      <w:r w:rsidR="006E6259">
        <w:t>.</w:t>
      </w:r>
    </w:p>
    <w:p w:rsidR="00F620AD" w:rsidRDefault="00000000">
      <w:pPr>
        <w:pStyle w:val="ListBullet"/>
      </w:pPr>
      <w:r>
        <w:t>Beverstraat 22, 5701 JP Helmond, Holandia</w:t>
      </w:r>
    </w:p>
    <w:p w:rsidR="00F620AD" w:rsidRDefault="00000000">
      <w:pPr>
        <w:pStyle w:val="ListBullet"/>
      </w:pPr>
      <w:r>
        <w:t>E-mail: studio@sanderka.nl</w:t>
      </w:r>
    </w:p>
    <w:p w:rsidR="00F620AD" w:rsidRDefault="00000000">
      <w:pPr>
        <w:pStyle w:val="ListBullet"/>
      </w:pPr>
      <w:r>
        <w:t>Numer KVK: 90017064</w:t>
      </w:r>
    </w:p>
    <w:p w:rsidR="00F620AD" w:rsidRPr="00CF3459" w:rsidRDefault="00F620AD">
      <w:pPr>
        <w:spacing w:after="120"/>
        <w:rPr>
          <w:lang w:val="pl-PL"/>
        </w:rPr>
      </w:pPr>
    </w:p>
    <w:sectPr w:rsidR="00F620AD" w:rsidRPr="00CF3459" w:rsidSect="00034616">
      <w:footerReference w:type="default" r:id="rId8"/>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F18" w:rsidRDefault="00901F18">
      <w:pPr>
        <w:spacing w:after="0" w:line="240" w:lineRule="auto"/>
      </w:pPr>
      <w:r>
        <w:separator/>
      </w:r>
    </w:p>
  </w:endnote>
  <w:endnote w:type="continuationSeparator" w:id="0">
    <w:p w:rsidR="00901F18" w:rsidRDefault="00901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D" w:rsidRDefault="00000000">
    <w:pPr>
      <w:pStyle w:val="Footer"/>
      <w:jc w:val="center"/>
    </w:pPr>
    <w:r>
      <w:rPr>
        <w:sz w:val="16"/>
      </w:rPr>
      <w:t>Trenerka Sanderka / Be Strong Studio - Privacy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F18" w:rsidRDefault="00901F18">
      <w:pPr>
        <w:spacing w:after="0" w:line="240" w:lineRule="auto"/>
      </w:pPr>
      <w:r>
        <w:separator/>
      </w:r>
    </w:p>
  </w:footnote>
  <w:footnote w:type="continuationSeparator" w:id="0">
    <w:p w:rsidR="00901F18" w:rsidRDefault="00901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4450285">
    <w:abstractNumId w:val="8"/>
  </w:num>
  <w:num w:numId="2" w16cid:durableId="531189494">
    <w:abstractNumId w:val="6"/>
  </w:num>
  <w:num w:numId="3" w16cid:durableId="1274702235">
    <w:abstractNumId w:val="5"/>
  </w:num>
  <w:num w:numId="4" w16cid:durableId="1970746079">
    <w:abstractNumId w:val="4"/>
  </w:num>
  <w:num w:numId="5" w16cid:durableId="991063930">
    <w:abstractNumId w:val="7"/>
  </w:num>
  <w:num w:numId="6" w16cid:durableId="449664193">
    <w:abstractNumId w:val="3"/>
  </w:num>
  <w:num w:numId="7" w16cid:durableId="112403320">
    <w:abstractNumId w:val="2"/>
  </w:num>
  <w:num w:numId="8" w16cid:durableId="1327711942">
    <w:abstractNumId w:val="1"/>
  </w:num>
  <w:num w:numId="9" w16cid:durableId="1208183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E6259"/>
    <w:rsid w:val="00901F18"/>
    <w:rsid w:val="00AA1D8D"/>
    <w:rsid w:val="00B47730"/>
    <w:rsid w:val="00CB0664"/>
    <w:rsid w:val="00CF3459"/>
    <w:rsid w:val="00E61220"/>
    <w:rsid w:val="00F37E9B"/>
    <w:rsid w:val="00F620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FC9E5A"/>
  <w14:defaultImageDpi w14:val="300"/>
  <w15:docId w15:val="{A17673E1-3FDA-EE43-9BF3-0A77E242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3276</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Privacy Policy / Polityka Prywatności - Trenerka Sanderka / Be Strong Studio</vt:lpstr>
    </vt:vector>
  </TitlesOfParts>
  <Manager/>
  <Company/>
  <LinksUpToDate>false</LinksUpToDate>
  <CharactersWithSpaces>21907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 Polityka Prywatności - Trenerka Sanderka / Be Strong Studio</dc:title>
  <dc:subject>Privacy Policy</dc:subject>
  <dc:creator>OpenAI</dc:creator>
  <cp:keywords>Privacy Policy, GDPR, Be Strong Studio, Trenerka Sanderka</cp:keywords>
  <dc:description/>
  <cp:lastModifiedBy>Filip Płaczek</cp:lastModifiedBy>
  <cp:revision>3</cp:revision>
  <cp:lastPrinted>2026-06-11T20:56:00Z</cp:lastPrinted>
  <dcterms:created xsi:type="dcterms:W3CDTF">2026-06-11T20:56:00Z</dcterms:created>
  <dcterms:modified xsi:type="dcterms:W3CDTF">2026-06-12T10:58:00Z</dcterms:modified>
  <cp:category/>
</cp:coreProperties>
</file>